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1FE2B" w14:textId="36B63F68" w:rsidR="00DB5630" w:rsidRPr="00224B3E" w:rsidRDefault="00DB5630">
      <w:pPr>
        <w:pStyle w:val="Cm"/>
        <w:jc w:val="center"/>
        <w:rPr>
          <w:rFonts w:ascii="Calibri Light" w:eastAsia="Calibri Light" w:hAnsi="Calibri Light" w:cs="Calibri Light"/>
          <w:color w:val="0070C0"/>
        </w:rPr>
      </w:pPr>
      <w:r w:rsidRPr="00224B3E">
        <w:rPr>
          <w:rFonts w:ascii="Calibri Light" w:eastAsia="Calibri Light" w:hAnsi="Calibri Light" w:cs="Calibri Light"/>
          <w:color w:val="0070C0"/>
        </w:rPr>
        <w:t>MEGHATALMAZÁS</w:t>
      </w:r>
    </w:p>
    <w:p w14:paraId="1E7DEEE3" w14:textId="77777777" w:rsidR="00DB5630" w:rsidRPr="00DB5630" w:rsidRDefault="00DB5630" w:rsidP="00DB5630">
      <w:pPr>
        <w:jc w:val="center"/>
        <w:rPr>
          <w:b/>
          <w:bCs/>
        </w:rPr>
      </w:pPr>
      <w:r w:rsidRPr="00DB5630">
        <w:rPr>
          <w:b/>
          <w:bCs/>
        </w:rPr>
        <w:t>természetes személy ügyintézéshez – ONE Magyarország Zrt. követelésével kapcsolatban</w:t>
      </w:r>
    </w:p>
    <w:p w14:paraId="6042379B" w14:textId="77777777" w:rsidR="00DB5630" w:rsidRPr="00DB5630" w:rsidRDefault="00DB5630" w:rsidP="00DB5630">
      <w:pPr>
        <w:rPr>
          <w:i/>
          <w:iCs/>
        </w:rPr>
      </w:pPr>
      <w:r w:rsidRPr="00DB5630">
        <w:rPr>
          <w:i/>
          <w:iCs/>
        </w:rPr>
        <w:t>A meghatalmazás a ONE Magyarország Zrt. követelésével kapcsolatos, a ONE nevében eljáró KERTÉSZ ÉS TÁRSAI ÜGYVÉDI IRODA előtti ügyintézésre használható.</w:t>
      </w:r>
    </w:p>
    <w:p w14:paraId="54FD50D2" w14:textId="77777777" w:rsidR="00DB5630" w:rsidRPr="00DB5630" w:rsidRDefault="00DB5630" w:rsidP="00DB5630">
      <w:pPr>
        <w:rPr>
          <w:b/>
          <w:bCs/>
        </w:rPr>
      </w:pPr>
      <w:r w:rsidRPr="00DB5630">
        <w:rPr>
          <w:b/>
          <w:bCs/>
        </w:rPr>
        <w:t>1. A meghatalmazó adatai</w:t>
      </w: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6"/>
        <w:gridCol w:w="6235"/>
      </w:tblGrid>
      <w:tr w:rsidR="00DB5630" w:rsidRPr="00DB5630" w14:paraId="1FFBFCC2" w14:textId="77777777">
        <w:tblPrEx>
          <w:tblCellMar>
            <w:top w:w="0" w:type="dxa"/>
            <w:bottom w:w="0" w:type="dxa"/>
          </w:tblCellMar>
        </w:tblPrEx>
        <w:tc>
          <w:tcPr>
            <w:tcW w:w="3516" w:type="dxa"/>
            <w:shd w:val="clear" w:color="EAF2F8" w:fill="EAF2F8"/>
            <w:tcMar>
              <w:top w:w="40" w:type="dxa"/>
              <w:left w:w="70" w:type="dxa"/>
              <w:bottom w:w="40" w:type="dxa"/>
              <w:right w:w="70" w:type="dxa"/>
            </w:tcMar>
            <w:vAlign w:val="center"/>
          </w:tcPr>
          <w:p w14:paraId="15126594" w14:textId="77777777" w:rsidR="00DB5630" w:rsidRPr="00DB5630" w:rsidRDefault="00DB5630" w:rsidP="00DB5630">
            <w:pPr>
              <w:rPr>
                <w:b/>
                <w:bCs/>
              </w:rPr>
            </w:pPr>
            <w:r w:rsidRPr="00DB5630">
              <w:rPr>
                <w:b/>
                <w:bCs/>
              </w:rPr>
              <w:t>Név</w:t>
            </w:r>
          </w:p>
        </w:tc>
        <w:tc>
          <w:tcPr>
            <w:tcW w:w="6236" w:type="dxa"/>
            <w:tcMar>
              <w:top w:w="40" w:type="dxa"/>
              <w:left w:w="70" w:type="dxa"/>
              <w:bottom w:w="40" w:type="dxa"/>
              <w:right w:w="70" w:type="dxa"/>
            </w:tcMar>
            <w:vAlign w:val="center"/>
          </w:tcPr>
          <w:p w14:paraId="7DCF97B5" w14:textId="77777777" w:rsidR="00DB5630" w:rsidRPr="00DB5630" w:rsidRDefault="00DB5630" w:rsidP="00DB5630">
            <w:r w:rsidRPr="00DB5630">
              <w:t>................................................................................</w:t>
            </w:r>
          </w:p>
        </w:tc>
      </w:tr>
      <w:tr w:rsidR="00DB5630" w:rsidRPr="00DB5630" w14:paraId="63857924" w14:textId="77777777">
        <w:tblPrEx>
          <w:tblCellMar>
            <w:top w:w="0" w:type="dxa"/>
            <w:bottom w:w="0" w:type="dxa"/>
          </w:tblCellMar>
        </w:tblPrEx>
        <w:tc>
          <w:tcPr>
            <w:tcW w:w="3516" w:type="dxa"/>
            <w:shd w:val="clear" w:color="EAF2F8" w:fill="EAF2F8"/>
            <w:tcMar>
              <w:top w:w="40" w:type="dxa"/>
              <w:left w:w="70" w:type="dxa"/>
              <w:bottom w:w="40" w:type="dxa"/>
              <w:right w:w="70" w:type="dxa"/>
            </w:tcMar>
            <w:vAlign w:val="center"/>
          </w:tcPr>
          <w:p w14:paraId="211C57A6" w14:textId="77777777" w:rsidR="00DB5630" w:rsidRPr="00DB5630" w:rsidRDefault="00DB5630" w:rsidP="00DB5630">
            <w:pPr>
              <w:rPr>
                <w:b/>
                <w:bCs/>
              </w:rPr>
            </w:pPr>
            <w:r w:rsidRPr="00DB5630">
              <w:rPr>
                <w:b/>
                <w:bCs/>
              </w:rPr>
              <w:t>Születési név</w:t>
            </w:r>
          </w:p>
        </w:tc>
        <w:tc>
          <w:tcPr>
            <w:tcW w:w="6236" w:type="dxa"/>
            <w:tcMar>
              <w:top w:w="40" w:type="dxa"/>
              <w:left w:w="70" w:type="dxa"/>
              <w:bottom w:w="40" w:type="dxa"/>
              <w:right w:w="70" w:type="dxa"/>
            </w:tcMar>
            <w:vAlign w:val="center"/>
          </w:tcPr>
          <w:p w14:paraId="575B457C" w14:textId="77777777" w:rsidR="00DB5630" w:rsidRPr="00DB5630" w:rsidRDefault="00DB5630" w:rsidP="00DB5630">
            <w:r w:rsidRPr="00DB5630">
              <w:t>................................................................................</w:t>
            </w:r>
          </w:p>
        </w:tc>
      </w:tr>
      <w:tr w:rsidR="00DB5630" w:rsidRPr="00DB5630" w14:paraId="76F6E0C8" w14:textId="77777777">
        <w:tblPrEx>
          <w:tblCellMar>
            <w:top w:w="0" w:type="dxa"/>
            <w:bottom w:w="0" w:type="dxa"/>
          </w:tblCellMar>
        </w:tblPrEx>
        <w:tc>
          <w:tcPr>
            <w:tcW w:w="3516" w:type="dxa"/>
            <w:shd w:val="clear" w:color="EAF2F8" w:fill="EAF2F8"/>
            <w:tcMar>
              <w:top w:w="40" w:type="dxa"/>
              <w:left w:w="70" w:type="dxa"/>
              <w:bottom w:w="40" w:type="dxa"/>
              <w:right w:w="70" w:type="dxa"/>
            </w:tcMar>
            <w:vAlign w:val="center"/>
          </w:tcPr>
          <w:p w14:paraId="128544C7" w14:textId="77777777" w:rsidR="00DB5630" w:rsidRPr="00DB5630" w:rsidRDefault="00DB5630" w:rsidP="00DB5630">
            <w:pPr>
              <w:rPr>
                <w:b/>
                <w:bCs/>
              </w:rPr>
            </w:pPr>
            <w:r w:rsidRPr="00DB5630">
              <w:rPr>
                <w:b/>
                <w:bCs/>
              </w:rPr>
              <w:t>Születési hely és idő</w:t>
            </w:r>
          </w:p>
        </w:tc>
        <w:tc>
          <w:tcPr>
            <w:tcW w:w="6236" w:type="dxa"/>
            <w:tcMar>
              <w:top w:w="40" w:type="dxa"/>
              <w:left w:w="70" w:type="dxa"/>
              <w:bottom w:w="40" w:type="dxa"/>
              <w:right w:w="70" w:type="dxa"/>
            </w:tcMar>
            <w:vAlign w:val="center"/>
          </w:tcPr>
          <w:p w14:paraId="1DAC52F2" w14:textId="77777777" w:rsidR="00DB5630" w:rsidRPr="00DB5630" w:rsidRDefault="00DB5630" w:rsidP="00DB5630">
            <w:r w:rsidRPr="00DB5630">
              <w:t>................................................................................</w:t>
            </w:r>
          </w:p>
        </w:tc>
      </w:tr>
      <w:tr w:rsidR="00DB5630" w:rsidRPr="00DB5630" w14:paraId="6B6B4775" w14:textId="77777777">
        <w:tblPrEx>
          <w:tblCellMar>
            <w:top w:w="0" w:type="dxa"/>
            <w:bottom w:w="0" w:type="dxa"/>
          </w:tblCellMar>
        </w:tblPrEx>
        <w:tc>
          <w:tcPr>
            <w:tcW w:w="3516" w:type="dxa"/>
            <w:shd w:val="clear" w:color="EAF2F8" w:fill="EAF2F8"/>
            <w:tcMar>
              <w:top w:w="40" w:type="dxa"/>
              <w:left w:w="70" w:type="dxa"/>
              <w:bottom w:w="40" w:type="dxa"/>
              <w:right w:w="70" w:type="dxa"/>
            </w:tcMar>
            <w:vAlign w:val="center"/>
          </w:tcPr>
          <w:p w14:paraId="781A54CF" w14:textId="77777777" w:rsidR="00DB5630" w:rsidRPr="00DB5630" w:rsidRDefault="00DB5630" w:rsidP="00DB5630">
            <w:pPr>
              <w:rPr>
                <w:b/>
                <w:bCs/>
              </w:rPr>
            </w:pPr>
            <w:r w:rsidRPr="00DB5630">
              <w:rPr>
                <w:b/>
                <w:bCs/>
              </w:rPr>
              <w:t>Anyja születési neve</w:t>
            </w:r>
          </w:p>
        </w:tc>
        <w:tc>
          <w:tcPr>
            <w:tcW w:w="6236" w:type="dxa"/>
            <w:tcMar>
              <w:top w:w="40" w:type="dxa"/>
              <w:left w:w="70" w:type="dxa"/>
              <w:bottom w:w="40" w:type="dxa"/>
              <w:right w:w="70" w:type="dxa"/>
            </w:tcMar>
            <w:vAlign w:val="center"/>
          </w:tcPr>
          <w:p w14:paraId="253488A7" w14:textId="77777777" w:rsidR="00DB5630" w:rsidRPr="00DB5630" w:rsidRDefault="00DB5630" w:rsidP="00DB5630">
            <w:r w:rsidRPr="00DB5630">
              <w:t>................................................................................</w:t>
            </w:r>
          </w:p>
        </w:tc>
      </w:tr>
      <w:tr w:rsidR="00DB5630" w:rsidRPr="00DB5630" w14:paraId="6CE4D34C" w14:textId="77777777">
        <w:tblPrEx>
          <w:tblCellMar>
            <w:top w:w="0" w:type="dxa"/>
            <w:bottom w:w="0" w:type="dxa"/>
          </w:tblCellMar>
        </w:tblPrEx>
        <w:tc>
          <w:tcPr>
            <w:tcW w:w="3516" w:type="dxa"/>
            <w:shd w:val="clear" w:color="EAF2F8" w:fill="EAF2F8"/>
            <w:tcMar>
              <w:top w:w="40" w:type="dxa"/>
              <w:left w:w="70" w:type="dxa"/>
              <w:bottom w:w="40" w:type="dxa"/>
              <w:right w:w="70" w:type="dxa"/>
            </w:tcMar>
            <w:vAlign w:val="center"/>
          </w:tcPr>
          <w:p w14:paraId="0DA136B6" w14:textId="77777777" w:rsidR="00DB5630" w:rsidRPr="00DB5630" w:rsidRDefault="00DB5630" w:rsidP="00DB5630">
            <w:pPr>
              <w:rPr>
                <w:b/>
                <w:bCs/>
              </w:rPr>
            </w:pPr>
            <w:r w:rsidRPr="00DB5630">
              <w:rPr>
                <w:b/>
                <w:bCs/>
              </w:rPr>
              <w:t>Lakcím</w:t>
            </w:r>
          </w:p>
        </w:tc>
        <w:tc>
          <w:tcPr>
            <w:tcW w:w="6236" w:type="dxa"/>
            <w:tcMar>
              <w:top w:w="40" w:type="dxa"/>
              <w:left w:w="70" w:type="dxa"/>
              <w:bottom w:w="40" w:type="dxa"/>
              <w:right w:w="70" w:type="dxa"/>
            </w:tcMar>
            <w:vAlign w:val="center"/>
          </w:tcPr>
          <w:p w14:paraId="7CBCAA79" w14:textId="77777777" w:rsidR="00DB5630" w:rsidRPr="00DB5630" w:rsidRDefault="00DB5630" w:rsidP="00DB5630">
            <w:r w:rsidRPr="00DB5630">
              <w:t>................................................................................</w:t>
            </w:r>
          </w:p>
        </w:tc>
      </w:tr>
      <w:tr w:rsidR="00DB5630" w:rsidRPr="00DB5630" w14:paraId="392DEE6E" w14:textId="77777777">
        <w:tblPrEx>
          <w:tblCellMar>
            <w:top w:w="0" w:type="dxa"/>
            <w:bottom w:w="0" w:type="dxa"/>
          </w:tblCellMar>
        </w:tblPrEx>
        <w:tc>
          <w:tcPr>
            <w:tcW w:w="3516" w:type="dxa"/>
            <w:shd w:val="clear" w:color="EAF2F8" w:fill="EAF2F8"/>
            <w:tcMar>
              <w:top w:w="40" w:type="dxa"/>
              <w:left w:w="70" w:type="dxa"/>
              <w:bottom w:w="40" w:type="dxa"/>
              <w:right w:w="70" w:type="dxa"/>
            </w:tcMar>
            <w:vAlign w:val="center"/>
          </w:tcPr>
          <w:p w14:paraId="218B07D1" w14:textId="77777777" w:rsidR="00DB5630" w:rsidRPr="00DB5630" w:rsidRDefault="00DB5630" w:rsidP="00DB5630">
            <w:pPr>
              <w:rPr>
                <w:b/>
                <w:bCs/>
              </w:rPr>
            </w:pPr>
            <w:r w:rsidRPr="00DB5630">
              <w:rPr>
                <w:b/>
                <w:bCs/>
              </w:rPr>
              <w:t>Levelezési cím, ha eltér</w:t>
            </w:r>
          </w:p>
        </w:tc>
        <w:tc>
          <w:tcPr>
            <w:tcW w:w="6236" w:type="dxa"/>
            <w:tcMar>
              <w:top w:w="40" w:type="dxa"/>
              <w:left w:w="70" w:type="dxa"/>
              <w:bottom w:w="40" w:type="dxa"/>
              <w:right w:w="70" w:type="dxa"/>
            </w:tcMar>
            <w:vAlign w:val="center"/>
          </w:tcPr>
          <w:p w14:paraId="6DB7A47B" w14:textId="77777777" w:rsidR="00DB5630" w:rsidRPr="00DB5630" w:rsidRDefault="00DB5630" w:rsidP="00DB5630">
            <w:r w:rsidRPr="00DB5630">
              <w:t>................................................................................</w:t>
            </w:r>
          </w:p>
        </w:tc>
      </w:tr>
      <w:tr w:rsidR="00DB5630" w:rsidRPr="00DB5630" w14:paraId="4398EE76" w14:textId="77777777">
        <w:tblPrEx>
          <w:tblCellMar>
            <w:top w:w="0" w:type="dxa"/>
            <w:bottom w:w="0" w:type="dxa"/>
          </w:tblCellMar>
        </w:tblPrEx>
        <w:tc>
          <w:tcPr>
            <w:tcW w:w="3516" w:type="dxa"/>
            <w:shd w:val="clear" w:color="EAF2F8" w:fill="EAF2F8"/>
            <w:tcMar>
              <w:top w:w="40" w:type="dxa"/>
              <w:left w:w="70" w:type="dxa"/>
              <w:bottom w:w="40" w:type="dxa"/>
              <w:right w:w="70" w:type="dxa"/>
            </w:tcMar>
            <w:vAlign w:val="center"/>
          </w:tcPr>
          <w:p w14:paraId="3220D398" w14:textId="77777777" w:rsidR="00DB5630" w:rsidRPr="00DB5630" w:rsidRDefault="00DB5630" w:rsidP="00DB5630">
            <w:pPr>
              <w:rPr>
                <w:b/>
                <w:bCs/>
              </w:rPr>
            </w:pPr>
            <w:r w:rsidRPr="00DB5630">
              <w:rPr>
                <w:b/>
                <w:bCs/>
              </w:rPr>
              <w:t>Személyazonosító okmány típusa és száma</w:t>
            </w:r>
          </w:p>
        </w:tc>
        <w:tc>
          <w:tcPr>
            <w:tcW w:w="6236" w:type="dxa"/>
            <w:tcMar>
              <w:top w:w="40" w:type="dxa"/>
              <w:left w:w="70" w:type="dxa"/>
              <w:bottom w:w="40" w:type="dxa"/>
              <w:right w:w="70" w:type="dxa"/>
            </w:tcMar>
            <w:vAlign w:val="center"/>
          </w:tcPr>
          <w:p w14:paraId="30623BB2" w14:textId="77777777" w:rsidR="00DB5630" w:rsidRPr="00DB5630" w:rsidRDefault="00DB5630" w:rsidP="00DB5630">
            <w:r w:rsidRPr="00DB5630">
              <w:t>................................................................................</w:t>
            </w:r>
          </w:p>
        </w:tc>
      </w:tr>
      <w:tr w:rsidR="00DB5630" w:rsidRPr="00DB5630" w14:paraId="57445C0F" w14:textId="77777777">
        <w:tblPrEx>
          <w:tblCellMar>
            <w:top w:w="0" w:type="dxa"/>
            <w:bottom w:w="0" w:type="dxa"/>
          </w:tblCellMar>
        </w:tblPrEx>
        <w:tc>
          <w:tcPr>
            <w:tcW w:w="3516" w:type="dxa"/>
            <w:shd w:val="clear" w:color="EAF2F8" w:fill="EAF2F8"/>
            <w:tcMar>
              <w:top w:w="40" w:type="dxa"/>
              <w:left w:w="70" w:type="dxa"/>
              <w:bottom w:w="40" w:type="dxa"/>
              <w:right w:w="70" w:type="dxa"/>
            </w:tcMar>
            <w:vAlign w:val="center"/>
          </w:tcPr>
          <w:p w14:paraId="5D00F3B1" w14:textId="77777777" w:rsidR="00DB5630" w:rsidRPr="00DB5630" w:rsidRDefault="00DB5630" w:rsidP="00DB5630">
            <w:pPr>
              <w:rPr>
                <w:b/>
                <w:bCs/>
              </w:rPr>
            </w:pPr>
            <w:r w:rsidRPr="00DB5630">
              <w:rPr>
                <w:b/>
                <w:bCs/>
              </w:rPr>
              <w:t>Telefonszám (nem kötelező)</w:t>
            </w:r>
          </w:p>
        </w:tc>
        <w:tc>
          <w:tcPr>
            <w:tcW w:w="6236" w:type="dxa"/>
            <w:tcMar>
              <w:top w:w="40" w:type="dxa"/>
              <w:left w:w="70" w:type="dxa"/>
              <w:bottom w:w="40" w:type="dxa"/>
              <w:right w:w="70" w:type="dxa"/>
            </w:tcMar>
            <w:vAlign w:val="center"/>
          </w:tcPr>
          <w:p w14:paraId="0891AA71" w14:textId="77777777" w:rsidR="00DB5630" w:rsidRPr="00DB5630" w:rsidRDefault="00DB5630" w:rsidP="00DB5630">
            <w:r w:rsidRPr="00DB5630">
              <w:t>................................................................................</w:t>
            </w:r>
          </w:p>
        </w:tc>
      </w:tr>
      <w:tr w:rsidR="00DB5630" w:rsidRPr="00DB5630" w14:paraId="33A24353" w14:textId="77777777">
        <w:tblPrEx>
          <w:tblCellMar>
            <w:top w:w="0" w:type="dxa"/>
            <w:bottom w:w="0" w:type="dxa"/>
          </w:tblCellMar>
        </w:tblPrEx>
        <w:tc>
          <w:tcPr>
            <w:tcW w:w="3516" w:type="dxa"/>
            <w:shd w:val="clear" w:color="EAF2F8" w:fill="EAF2F8"/>
            <w:tcMar>
              <w:top w:w="40" w:type="dxa"/>
              <w:left w:w="70" w:type="dxa"/>
              <w:bottom w:w="40" w:type="dxa"/>
              <w:right w:w="70" w:type="dxa"/>
            </w:tcMar>
            <w:vAlign w:val="center"/>
          </w:tcPr>
          <w:p w14:paraId="748C8F53" w14:textId="77777777" w:rsidR="00DB5630" w:rsidRPr="00DB5630" w:rsidRDefault="00DB5630" w:rsidP="00DB5630">
            <w:pPr>
              <w:rPr>
                <w:b/>
                <w:bCs/>
              </w:rPr>
            </w:pPr>
            <w:r w:rsidRPr="00DB5630">
              <w:rPr>
                <w:b/>
                <w:bCs/>
              </w:rPr>
              <w:t>E-mail-cím (nem kötelező)</w:t>
            </w:r>
          </w:p>
        </w:tc>
        <w:tc>
          <w:tcPr>
            <w:tcW w:w="6236" w:type="dxa"/>
            <w:tcMar>
              <w:top w:w="40" w:type="dxa"/>
              <w:left w:w="70" w:type="dxa"/>
              <w:bottom w:w="40" w:type="dxa"/>
              <w:right w:w="70" w:type="dxa"/>
            </w:tcMar>
            <w:vAlign w:val="center"/>
          </w:tcPr>
          <w:p w14:paraId="4F636839" w14:textId="77777777" w:rsidR="00DB5630" w:rsidRPr="00DB5630" w:rsidRDefault="00DB5630" w:rsidP="00DB5630">
            <w:r w:rsidRPr="00DB5630">
              <w:t>................................................................................</w:t>
            </w:r>
          </w:p>
        </w:tc>
      </w:tr>
    </w:tbl>
    <w:p w14:paraId="72FDA137" w14:textId="77777777" w:rsidR="00DB5630" w:rsidRPr="00DB5630" w:rsidRDefault="00DB5630" w:rsidP="00DB5630">
      <w:pPr>
        <w:rPr>
          <w:b/>
          <w:bCs/>
        </w:rPr>
      </w:pPr>
      <w:r w:rsidRPr="00DB5630">
        <w:rPr>
          <w:b/>
          <w:bCs/>
        </w:rPr>
        <w:t>2. A meghatalmazott adatai</w:t>
      </w: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6"/>
        <w:gridCol w:w="6235"/>
      </w:tblGrid>
      <w:tr w:rsidR="00DB5630" w:rsidRPr="00DB5630" w14:paraId="5E29A10A" w14:textId="77777777">
        <w:tblPrEx>
          <w:tblCellMar>
            <w:top w:w="0" w:type="dxa"/>
            <w:bottom w:w="0" w:type="dxa"/>
          </w:tblCellMar>
        </w:tblPrEx>
        <w:tc>
          <w:tcPr>
            <w:tcW w:w="3516" w:type="dxa"/>
            <w:shd w:val="clear" w:color="EAF2F8" w:fill="EAF2F8"/>
            <w:tcMar>
              <w:top w:w="40" w:type="dxa"/>
              <w:left w:w="70" w:type="dxa"/>
              <w:bottom w:w="40" w:type="dxa"/>
              <w:right w:w="70" w:type="dxa"/>
            </w:tcMar>
            <w:vAlign w:val="center"/>
          </w:tcPr>
          <w:p w14:paraId="071EA190" w14:textId="77777777" w:rsidR="00DB5630" w:rsidRPr="00DB5630" w:rsidRDefault="00DB5630" w:rsidP="00DB5630">
            <w:pPr>
              <w:rPr>
                <w:b/>
                <w:bCs/>
              </w:rPr>
            </w:pPr>
            <w:r w:rsidRPr="00DB5630">
              <w:rPr>
                <w:b/>
                <w:bCs/>
              </w:rPr>
              <w:t>Név</w:t>
            </w:r>
          </w:p>
        </w:tc>
        <w:tc>
          <w:tcPr>
            <w:tcW w:w="6236" w:type="dxa"/>
            <w:tcMar>
              <w:top w:w="40" w:type="dxa"/>
              <w:left w:w="70" w:type="dxa"/>
              <w:bottom w:w="40" w:type="dxa"/>
              <w:right w:w="70" w:type="dxa"/>
            </w:tcMar>
            <w:vAlign w:val="center"/>
          </w:tcPr>
          <w:p w14:paraId="3D28B80D" w14:textId="77777777" w:rsidR="00DB5630" w:rsidRPr="00DB5630" w:rsidRDefault="00DB5630" w:rsidP="00DB5630">
            <w:r w:rsidRPr="00DB5630">
              <w:t>................................................................................</w:t>
            </w:r>
          </w:p>
        </w:tc>
      </w:tr>
      <w:tr w:rsidR="00DB5630" w:rsidRPr="00DB5630" w14:paraId="7D3B3907" w14:textId="77777777">
        <w:tblPrEx>
          <w:tblCellMar>
            <w:top w:w="0" w:type="dxa"/>
            <w:bottom w:w="0" w:type="dxa"/>
          </w:tblCellMar>
        </w:tblPrEx>
        <w:tc>
          <w:tcPr>
            <w:tcW w:w="3516" w:type="dxa"/>
            <w:shd w:val="clear" w:color="EAF2F8" w:fill="EAF2F8"/>
            <w:tcMar>
              <w:top w:w="40" w:type="dxa"/>
              <w:left w:w="70" w:type="dxa"/>
              <w:bottom w:w="40" w:type="dxa"/>
              <w:right w:w="70" w:type="dxa"/>
            </w:tcMar>
            <w:vAlign w:val="center"/>
          </w:tcPr>
          <w:p w14:paraId="7E13E00F" w14:textId="77777777" w:rsidR="00DB5630" w:rsidRPr="00DB5630" w:rsidRDefault="00DB5630" w:rsidP="00DB5630">
            <w:pPr>
              <w:rPr>
                <w:b/>
                <w:bCs/>
              </w:rPr>
            </w:pPr>
            <w:r w:rsidRPr="00DB5630">
              <w:rPr>
                <w:b/>
                <w:bCs/>
              </w:rPr>
              <w:t>Születési név</w:t>
            </w:r>
          </w:p>
        </w:tc>
        <w:tc>
          <w:tcPr>
            <w:tcW w:w="6236" w:type="dxa"/>
            <w:tcMar>
              <w:top w:w="40" w:type="dxa"/>
              <w:left w:w="70" w:type="dxa"/>
              <w:bottom w:w="40" w:type="dxa"/>
              <w:right w:w="70" w:type="dxa"/>
            </w:tcMar>
            <w:vAlign w:val="center"/>
          </w:tcPr>
          <w:p w14:paraId="5B87A113" w14:textId="77777777" w:rsidR="00DB5630" w:rsidRPr="00DB5630" w:rsidRDefault="00DB5630" w:rsidP="00DB5630">
            <w:r w:rsidRPr="00DB5630">
              <w:t>................................................................................</w:t>
            </w:r>
          </w:p>
        </w:tc>
      </w:tr>
      <w:tr w:rsidR="00DB5630" w:rsidRPr="00DB5630" w14:paraId="60383332" w14:textId="77777777">
        <w:tblPrEx>
          <w:tblCellMar>
            <w:top w:w="0" w:type="dxa"/>
            <w:bottom w:w="0" w:type="dxa"/>
          </w:tblCellMar>
        </w:tblPrEx>
        <w:tc>
          <w:tcPr>
            <w:tcW w:w="3516" w:type="dxa"/>
            <w:shd w:val="clear" w:color="EAF2F8" w:fill="EAF2F8"/>
            <w:tcMar>
              <w:top w:w="40" w:type="dxa"/>
              <w:left w:w="70" w:type="dxa"/>
              <w:bottom w:w="40" w:type="dxa"/>
              <w:right w:w="70" w:type="dxa"/>
            </w:tcMar>
            <w:vAlign w:val="center"/>
          </w:tcPr>
          <w:p w14:paraId="6407CDA8" w14:textId="77777777" w:rsidR="00DB5630" w:rsidRPr="00DB5630" w:rsidRDefault="00DB5630" w:rsidP="00DB5630">
            <w:pPr>
              <w:rPr>
                <w:b/>
                <w:bCs/>
              </w:rPr>
            </w:pPr>
            <w:r w:rsidRPr="00DB5630">
              <w:rPr>
                <w:b/>
                <w:bCs/>
              </w:rPr>
              <w:t>Születési hely és idő</w:t>
            </w:r>
          </w:p>
        </w:tc>
        <w:tc>
          <w:tcPr>
            <w:tcW w:w="6236" w:type="dxa"/>
            <w:tcMar>
              <w:top w:w="40" w:type="dxa"/>
              <w:left w:w="70" w:type="dxa"/>
              <w:bottom w:w="40" w:type="dxa"/>
              <w:right w:w="70" w:type="dxa"/>
            </w:tcMar>
            <w:vAlign w:val="center"/>
          </w:tcPr>
          <w:p w14:paraId="1A6999A6" w14:textId="77777777" w:rsidR="00DB5630" w:rsidRPr="00DB5630" w:rsidRDefault="00DB5630" w:rsidP="00DB5630">
            <w:r w:rsidRPr="00DB5630">
              <w:t>................................................................................</w:t>
            </w:r>
          </w:p>
        </w:tc>
      </w:tr>
      <w:tr w:rsidR="00DB5630" w:rsidRPr="00DB5630" w14:paraId="5E69D3B0" w14:textId="77777777">
        <w:tblPrEx>
          <w:tblCellMar>
            <w:top w:w="0" w:type="dxa"/>
            <w:bottom w:w="0" w:type="dxa"/>
          </w:tblCellMar>
        </w:tblPrEx>
        <w:tc>
          <w:tcPr>
            <w:tcW w:w="3516" w:type="dxa"/>
            <w:shd w:val="clear" w:color="EAF2F8" w:fill="EAF2F8"/>
            <w:tcMar>
              <w:top w:w="40" w:type="dxa"/>
              <w:left w:w="70" w:type="dxa"/>
              <w:bottom w:w="40" w:type="dxa"/>
              <w:right w:w="70" w:type="dxa"/>
            </w:tcMar>
            <w:vAlign w:val="center"/>
          </w:tcPr>
          <w:p w14:paraId="6710E05A" w14:textId="77777777" w:rsidR="00DB5630" w:rsidRPr="00DB5630" w:rsidRDefault="00DB5630" w:rsidP="00DB5630">
            <w:pPr>
              <w:rPr>
                <w:b/>
                <w:bCs/>
              </w:rPr>
            </w:pPr>
            <w:r w:rsidRPr="00DB5630">
              <w:rPr>
                <w:b/>
                <w:bCs/>
              </w:rPr>
              <w:t>Anyja születési neve</w:t>
            </w:r>
          </w:p>
        </w:tc>
        <w:tc>
          <w:tcPr>
            <w:tcW w:w="6236" w:type="dxa"/>
            <w:tcMar>
              <w:top w:w="40" w:type="dxa"/>
              <w:left w:w="70" w:type="dxa"/>
              <w:bottom w:w="40" w:type="dxa"/>
              <w:right w:w="70" w:type="dxa"/>
            </w:tcMar>
            <w:vAlign w:val="center"/>
          </w:tcPr>
          <w:p w14:paraId="0D7BB8B6" w14:textId="77777777" w:rsidR="00DB5630" w:rsidRPr="00DB5630" w:rsidRDefault="00DB5630" w:rsidP="00DB5630">
            <w:r w:rsidRPr="00DB5630">
              <w:t>................................................................................</w:t>
            </w:r>
          </w:p>
        </w:tc>
      </w:tr>
      <w:tr w:rsidR="00DB5630" w:rsidRPr="00DB5630" w14:paraId="169DD940" w14:textId="77777777">
        <w:tblPrEx>
          <w:tblCellMar>
            <w:top w:w="0" w:type="dxa"/>
            <w:bottom w:w="0" w:type="dxa"/>
          </w:tblCellMar>
        </w:tblPrEx>
        <w:tc>
          <w:tcPr>
            <w:tcW w:w="3516" w:type="dxa"/>
            <w:shd w:val="clear" w:color="EAF2F8" w:fill="EAF2F8"/>
            <w:tcMar>
              <w:top w:w="40" w:type="dxa"/>
              <w:left w:w="70" w:type="dxa"/>
              <w:bottom w:w="40" w:type="dxa"/>
              <w:right w:w="70" w:type="dxa"/>
            </w:tcMar>
            <w:vAlign w:val="center"/>
          </w:tcPr>
          <w:p w14:paraId="1CEB0246" w14:textId="77777777" w:rsidR="00DB5630" w:rsidRPr="00DB5630" w:rsidRDefault="00DB5630" w:rsidP="00DB5630">
            <w:pPr>
              <w:rPr>
                <w:b/>
                <w:bCs/>
              </w:rPr>
            </w:pPr>
            <w:r w:rsidRPr="00DB5630">
              <w:rPr>
                <w:b/>
                <w:bCs/>
              </w:rPr>
              <w:t>Lakcím</w:t>
            </w:r>
          </w:p>
        </w:tc>
        <w:tc>
          <w:tcPr>
            <w:tcW w:w="6236" w:type="dxa"/>
            <w:tcMar>
              <w:top w:w="40" w:type="dxa"/>
              <w:left w:w="70" w:type="dxa"/>
              <w:bottom w:w="40" w:type="dxa"/>
              <w:right w:w="70" w:type="dxa"/>
            </w:tcMar>
            <w:vAlign w:val="center"/>
          </w:tcPr>
          <w:p w14:paraId="7EC2EA27" w14:textId="77777777" w:rsidR="00DB5630" w:rsidRPr="00DB5630" w:rsidRDefault="00DB5630" w:rsidP="00DB5630">
            <w:r w:rsidRPr="00DB5630">
              <w:t>................................................................................</w:t>
            </w:r>
          </w:p>
        </w:tc>
      </w:tr>
      <w:tr w:rsidR="00DB5630" w:rsidRPr="00DB5630" w14:paraId="58B1046A" w14:textId="77777777">
        <w:tblPrEx>
          <w:tblCellMar>
            <w:top w:w="0" w:type="dxa"/>
            <w:bottom w:w="0" w:type="dxa"/>
          </w:tblCellMar>
        </w:tblPrEx>
        <w:tc>
          <w:tcPr>
            <w:tcW w:w="3516" w:type="dxa"/>
            <w:shd w:val="clear" w:color="EAF2F8" w:fill="EAF2F8"/>
            <w:tcMar>
              <w:top w:w="40" w:type="dxa"/>
              <w:left w:w="70" w:type="dxa"/>
              <w:bottom w:w="40" w:type="dxa"/>
              <w:right w:w="70" w:type="dxa"/>
            </w:tcMar>
            <w:vAlign w:val="center"/>
          </w:tcPr>
          <w:p w14:paraId="40A42220" w14:textId="77777777" w:rsidR="00DB5630" w:rsidRPr="00DB5630" w:rsidRDefault="00DB5630" w:rsidP="00DB5630">
            <w:pPr>
              <w:rPr>
                <w:b/>
                <w:bCs/>
              </w:rPr>
            </w:pPr>
            <w:r w:rsidRPr="00DB5630">
              <w:rPr>
                <w:b/>
                <w:bCs/>
              </w:rPr>
              <w:t>Személyazonosító okmány típusa és száma</w:t>
            </w:r>
          </w:p>
        </w:tc>
        <w:tc>
          <w:tcPr>
            <w:tcW w:w="6236" w:type="dxa"/>
            <w:tcMar>
              <w:top w:w="40" w:type="dxa"/>
              <w:left w:w="70" w:type="dxa"/>
              <w:bottom w:w="40" w:type="dxa"/>
              <w:right w:w="70" w:type="dxa"/>
            </w:tcMar>
            <w:vAlign w:val="center"/>
          </w:tcPr>
          <w:p w14:paraId="73BDF01A" w14:textId="77777777" w:rsidR="00DB5630" w:rsidRPr="00DB5630" w:rsidRDefault="00DB5630" w:rsidP="00DB5630">
            <w:r w:rsidRPr="00DB5630">
              <w:t>................................................................................</w:t>
            </w:r>
          </w:p>
        </w:tc>
      </w:tr>
      <w:tr w:rsidR="00DB5630" w:rsidRPr="00DB5630" w14:paraId="0214B31A" w14:textId="77777777">
        <w:tblPrEx>
          <w:tblCellMar>
            <w:top w:w="0" w:type="dxa"/>
            <w:bottom w:w="0" w:type="dxa"/>
          </w:tblCellMar>
        </w:tblPrEx>
        <w:tc>
          <w:tcPr>
            <w:tcW w:w="3516" w:type="dxa"/>
            <w:shd w:val="clear" w:color="EAF2F8" w:fill="EAF2F8"/>
            <w:tcMar>
              <w:top w:w="40" w:type="dxa"/>
              <w:left w:w="70" w:type="dxa"/>
              <w:bottom w:w="40" w:type="dxa"/>
              <w:right w:w="70" w:type="dxa"/>
            </w:tcMar>
            <w:vAlign w:val="center"/>
          </w:tcPr>
          <w:p w14:paraId="1A0330CD" w14:textId="77777777" w:rsidR="00DB5630" w:rsidRPr="00DB5630" w:rsidRDefault="00DB5630" w:rsidP="00DB5630">
            <w:pPr>
              <w:rPr>
                <w:b/>
                <w:bCs/>
              </w:rPr>
            </w:pPr>
            <w:r w:rsidRPr="00DB5630">
              <w:rPr>
                <w:b/>
                <w:bCs/>
              </w:rPr>
              <w:t>Telefonszám (nem kötelező)</w:t>
            </w:r>
          </w:p>
        </w:tc>
        <w:tc>
          <w:tcPr>
            <w:tcW w:w="6236" w:type="dxa"/>
            <w:tcMar>
              <w:top w:w="40" w:type="dxa"/>
              <w:left w:w="70" w:type="dxa"/>
              <w:bottom w:w="40" w:type="dxa"/>
              <w:right w:w="70" w:type="dxa"/>
            </w:tcMar>
            <w:vAlign w:val="center"/>
          </w:tcPr>
          <w:p w14:paraId="0773D73B" w14:textId="77777777" w:rsidR="00DB5630" w:rsidRPr="00DB5630" w:rsidRDefault="00DB5630" w:rsidP="00DB5630">
            <w:r w:rsidRPr="00DB5630">
              <w:t>................................................................................</w:t>
            </w:r>
          </w:p>
        </w:tc>
      </w:tr>
      <w:tr w:rsidR="00DB5630" w:rsidRPr="00DB5630" w14:paraId="71B4BBD7" w14:textId="77777777">
        <w:tblPrEx>
          <w:tblCellMar>
            <w:top w:w="0" w:type="dxa"/>
            <w:bottom w:w="0" w:type="dxa"/>
          </w:tblCellMar>
        </w:tblPrEx>
        <w:tc>
          <w:tcPr>
            <w:tcW w:w="3516" w:type="dxa"/>
            <w:shd w:val="clear" w:color="EAF2F8" w:fill="EAF2F8"/>
            <w:tcMar>
              <w:top w:w="40" w:type="dxa"/>
              <w:left w:w="70" w:type="dxa"/>
              <w:bottom w:w="40" w:type="dxa"/>
              <w:right w:w="70" w:type="dxa"/>
            </w:tcMar>
            <w:vAlign w:val="center"/>
          </w:tcPr>
          <w:p w14:paraId="6F27968D" w14:textId="77777777" w:rsidR="00DB5630" w:rsidRPr="00DB5630" w:rsidRDefault="00DB5630" w:rsidP="00DB5630">
            <w:pPr>
              <w:rPr>
                <w:b/>
                <w:bCs/>
              </w:rPr>
            </w:pPr>
            <w:r w:rsidRPr="00DB5630">
              <w:rPr>
                <w:b/>
                <w:bCs/>
              </w:rPr>
              <w:t>E-mail-cím (nem kötelező)</w:t>
            </w:r>
          </w:p>
        </w:tc>
        <w:tc>
          <w:tcPr>
            <w:tcW w:w="6236" w:type="dxa"/>
            <w:tcMar>
              <w:top w:w="40" w:type="dxa"/>
              <w:left w:w="70" w:type="dxa"/>
              <w:bottom w:w="40" w:type="dxa"/>
              <w:right w:w="70" w:type="dxa"/>
            </w:tcMar>
            <w:vAlign w:val="center"/>
          </w:tcPr>
          <w:p w14:paraId="5CC7A293" w14:textId="77777777" w:rsidR="00DB5630" w:rsidRPr="00DB5630" w:rsidRDefault="00DB5630" w:rsidP="00DB5630">
            <w:r w:rsidRPr="00DB5630">
              <w:t>................................................................................</w:t>
            </w:r>
          </w:p>
        </w:tc>
      </w:tr>
    </w:tbl>
    <w:p w14:paraId="3D970A29" w14:textId="77777777" w:rsidR="00DB5630" w:rsidRPr="00DB5630" w:rsidRDefault="00DB5630" w:rsidP="00DB5630">
      <w:pPr>
        <w:rPr>
          <w:b/>
          <w:bCs/>
        </w:rPr>
      </w:pPr>
      <w:r w:rsidRPr="00DB5630">
        <w:rPr>
          <w:b/>
          <w:bCs/>
        </w:rPr>
        <w:t>3. Az érintett ONE-ügy azonosító adatai</w:t>
      </w: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6"/>
        <w:gridCol w:w="6235"/>
      </w:tblGrid>
      <w:tr w:rsidR="00DB5630" w:rsidRPr="00DB5630" w14:paraId="148AAD0D" w14:textId="77777777">
        <w:tblPrEx>
          <w:tblCellMar>
            <w:top w:w="0" w:type="dxa"/>
            <w:bottom w:w="0" w:type="dxa"/>
          </w:tblCellMar>
        </w:tblPrEx>
        <w:tc>
          <w:tcPr>
            <w:tcW w:w="3516" w:type="dxa"/>
            <w:shd w:val="clear" w:color="EAF2F8" w:fill="EAF2F8"/>
            <w:tcMar>
              <w:top w:w="40" w:type="dxa"/>
              <w:left w:w="70" w:type="dxa"/>
              <w:bottom w:w="40" w:type="dxa"/>
              <w:right w:w="70" w:type="dxa"/>
            </w:tcMar>
            <w:vAlign w:val="center"/>
          </w:tcPr>
          <w:p w14:paraId="666DA5D4" w14:textId="77777777" w:rsidR="00DB5630" w:rsidRPr="00DB5630" w:rsidRDefault="00DB5630" w:rsidP="00DB5630">
            <w:pPr>
              <w:rPr>
                <w:b/>
                <w:bCs/>
              </w:rPr>
            </w:pPr>
            <w:r w:rsidRPr="00DB5630">
              <w:rPr>
                <w:b/>
                <w:bCs/>
              </w:rPr>
              <w:t>ONE ügyfél- / számlafizető azonosító</w:t>
            </w:r>
          </w:p>
        </w:tc>
        <w:tc>
          <w:tcPr>
            <w:tcW w:w="6236" w:type="dxa"/>
            <w:tcMar>
              <w:top w:w="40" w:type="dxa"/>
              <w:left w:w="70" w:type="dxa"/>
              <w:bottom w:w="40" w:type="dxa"/>
              <w:right w:w="70" w:type="dxa"/>
            </w:tcMar>
            <w:vAlign w:val="center"/>
          </w:tcPr>
          <w:p w14:paraId="177F952D" w14:textId="77777777" w:rsidR="00DB5630" w:rsidRPr="00DB5630" w:rsidRDefault="00DB5630" w:rsidP="00DB5630">
            <w:r w:rsidRPr="00DB5630">
              <w:t>................................................................................</w:t>
            </w:r>
          </w:p>
        </w:tc>
      </w:tr>
      <w:tr w:rsidR="00DB5630" w:rsidRPr="00DB5630" w14:paraId="69D598B0" w14:textId="77777777">
        <w:tblPrEx>
          <w:tblCellMar>
            <w:top w:w="0" w:type="dxa"/>
            <w:bottom w:w="0" w:type="dxa"/>
          </w:tblCellMar>
        </w:tblPrEx>
        <w:tc>
          <w:tcPr>
            <w:tcW w:w="3516" w:type="dxa"/>
            <w:shd w:val="clear" w:color="EAF2F8" w:fill="EAF2F8"/>
            <w:tcMar>
              <w:top w:w="40" w:type="dxa"/>
              <w:left w:w="70" w:type="dxa"/>
              <w:bottom w:w="40" w:type="dxa"/>
              <w:right w:w="70" w:type="dxa"/>
            </w:tcMar>
            <w:vAlign w:val="center"/>
          </w:tcPr>
          <w:p w14:paraId="271D8D10" w14:textId="77777777" w:rsidR="00DB5630" w:rsidRPr="00DB5630" w:rsidRDefault="00DB5630" w:rsidP="00DB5630">
            <w:pPr>
              <w:rPr>
                <w:b/>
                <w:bCs/>
              </w:rPr>
            </w:pPr>
            <w:r w:rsidRPr="00DB5630">
              <w:rPr>
                <w:b/>
                <w:bCs/>
              </w:rPr>
              <w:t>KPLLC ügyszám / megbízotti ügyazonosító</w:t>
            </w:r>
          </w:p>
        </w:tc>
        <w:tc>
          <w:tcPr>
            <w:tcW w:w="6236" w:type="dxa"/>
            <w:tcMar>
              <w:top w:w="40" w:type="dxa"/>
              <w:left w:w="70" w:type="dxa"/>
              <w:bottom w:w="40" w:type="dxa"/>
              <w:right w:w="70" w:type="dxa"/>
            </w:tcMar>
            <w:vAlign w:val="center"/>
          </w:tcPr>
          <w:p w14:paraId="33B96146" w14:textId="77777777" w:rsidR="00DB5630" w:rsidRPr="00DB5630" w:rsidRDefault="00DB5630" w:rsidP="00DB5630">
            <w:r w:rsidRPr="00DB5630">
              <w:t>................................................................................</w:t>
            </w:r>
          </w:p>
        </w:tc>
      </w:tr>
      <w:tr w:rsidR="00DB5630" w:rsidRPr="00DB5630" w14:paraId="76A484E8" w14:textId="77777777">
        <w:tblPrEx>
          <w:tblCellMar>
            <w:top w:w="0" w:type="dxa"/>
            <w:bottom w:w="0" w:type="dxa"/>
          </w:tblCellMar>
        </w:tblPrEx>
        <w:tc>
          <w:tcPr>
            <w:tcW w:w="3516" w:type="dxa"/>
            <w:shd w:val="clear" w:color="EAF2F8" w:fill="EAF2F8"/>
            <w:tcMar>
              <w:top w:w="40" w:type="dxa"/>
              <w:left w:w="70" w:type="dxa"/>
              <w:bottom w:w="40" w:type="dxa"/>
              <w:right w:w="70" w:type="dxa"/>
            </w:tcMar>
            <w:vAlign w:val="center"/>
          </w:tcPr>
          <w:p w14:paraId="424F851C" w14:textId="77777777" w:rsidR="00DB5630" w:rsidRPr="00DB5630" w:rsidRDefault="00DB5630" w:rsidP="00DB5630">
            <w:pPr>
              <w:rPr>
                <w:b/>
                <w:bCs/>
              </w:rPr>
            </w:pPr>
            <w:r w:rsidRPr="00DB5630">
              <w:rPr>
                <w:b/>
                <w:bCs/>
              </w:rPr>
              <w:t>Előfizetői / szerződésszám, ha ismert</w:t>
            </w:r>
          </w:p>
        </w:tc>
        <w:tc>
          <w:tcPr>
            <w:tcW w:w="6236" w:type="dxa"/>
            <w:tcMar>
              <w:top w:w="40" w:type="dxa"/>
              <w:left w:w="70" w:type="dxa"/>
              <w:bottom w:w="40" w:type="dxa"/>
              <w:right w:w="70" w:type="dxa"/>
            </w:tcMar>
            <w:vAlign w:val="center"/>
          </w:tcPr>
          <w:p w14:paraId="7FB24F98" w14:textId="77777777" w:rsidR="00DB5630" w:rsidRPr="00DB5630" w:rsidRDefault="00DB5630" w:rsidP="00DB5630">
            <w:r w:rsidRPr="00DB5630">
              <w:t>................................................................................</w:t>
            </w:r>
          </w:p>
        </w:tc>
      </w:tr>
    </w:tbl>
    <w:p w14:paraId="208BC0E1" w14:textId="77777777" w:rsidR="00DB5630" w:rsidRPr="00DB5630" w:rsidRDefault="00DB5630" w:rsidP="00DB5630">
      <w:pPr>
        <w:rPr>
          <w:b/>
          <w:bCs/>
        </w:rPr>
      </w:pPr>
    </w:p>
    <w:p w14:paraId="2C733050" w14:textId="77777777" w:rsidR="00DB5630" w:rsidRPr="00DB5630" w:rsidRDefault="00DB5630" w:rsidP="00224B3E">
      <w:pPr>
        <w:jc w:val="both"/>
        <w:rPr>
          <w:b/>
          <w:bCs/>
        </w:rPr>
      </w:pPr>
      <w:r w:rsidRPr="00DB5630">
        <w:rPr>
          <w:b/>
          <w:bCs/>
        </w:rPr>
        <w:t>4. A meghatalmazás tartalma és terjedelme</w:t>
      </w:r>
    </w:p>
    <w:p w14:paraId="5A1125DB" w14:textId="77777777" w:rsidR="00DB5630" w:rsidRPr="00DB5630" w:rsidRDefault="00DB5630" w:rsidP="00224B3E">
      <w:pPr>
        <w:jc w:val="both"/>
      </w:pPr>
      <w:r w:rsidRPr="00DB5630">
        <w:t xml:space="preserve">Alulírott Meghatalmazó meghatalmazom a 2. pontban megjelölt Meghatalmazottat, hogy a </w:t>
      </w:r>
      <w:r w:rsidRPr="00DB5630">
        <w:rPr>
          <w:b/>
          <w:bCs/>
        </w:rPr>
        <w:t>ONE Magyarország Zrt.</w:t>
      </w:r>
      <w:r w:rsidRPr="00DB5630">
        <w:t xml:space="preserve"> 3. pontban azonosított követelésével összefüggésben a ONE nevében eljáró </w:t>
      </w:r>
      <w:r w:rsidRPr="00DB5630">
        <w:rPr>
          <w:b/>
          <w:bCs/>
        </w:rPr>
        <w:t>KERTÉSZ ÉS TÁRSAI ÜGYVÉDI IRODA</w:t>
      </w:r>
      <w:r w:rsidRPr="00DB5630">
        <w:t xml:space="preserve"> előtt helyettem és nevemben teljes körűen eljárjon, tájékoztatást kérjen és átvegyen, iratot, bizonylatot, kérelmet, nyilatkozatot, kifogást vagy panaszt nyújtson be, befizetést igazoljon, adatváltozást jelentsen be, részletfizetési vagy fizetési halasztási kérelmet terjesszen elő, valamint az ügy rendezéséhez szükséges egyéb ügyintézési cselekményeket megtegye.</w:t>
      </w:r>
    </w:p>
    <w:p w14:paraId="5EE6369F" w14:textId="77777777" w:rsidR="00DB5630" w:rsidRPr="00DB5630" w:rsidRDefault="00DB5630" w:rsidP="00224B3E">
      <w:pPr>
        <w:jc w:val="both"/>
      </w:pPr>
      <w:r w:rsidRPr="00DB5630">
        <w:rPr>
          <w:b/>
          <w:bCs/>
        </w:rPr>
        <w:t xml:space="preserve">A meghatalmazás kiterjed arra is, hogy a Meghatalmazott </w:t>
      </w:r>
      <w:r w:rsidRPr="00DB5630">
        <w:t>a követelés jogalapjáról, összegéről, összetételéről, esedékességéről, a befizetések elszámolásáról és az ügy aktuális állásáról tájékoztatást kapjon, továbbá az ügyintézéshez szükséges iratokat átvegye.</w:t>
      </w:r>
    </w:p>
    <w:p w14:paraId="40CA5976" w14:textId="77777777" w:rsidR="00DB5630" w:rsidRPr="00DB5630" w:rsidRDefault="00DB5630" w:rsidP="00224B3E">
      <w:pPr>
        <w:jc w:val="both"/>
      </w:pPr>
      <w:r w:rsidRPr="00DB5630">
        <w:rPr>
          <w:rFonts w:ascii="Segoe UI Symbol" w:hAnsi="Segoe UI Symbol" w:cs="Segoe UI Symbol"/>
          <w:b/>
          <w:bCs/>
        </w:rPr>
        <w:t>☐</w:t>
      </w:r>
      <w:r w:rsidRPr="00DB5630">
        <w:rPr>
          <w:b/>
          <w:bCs/>
        </w:rPr>
        <w:t xml:space="preserve"> </w:t>
      </w:r>
      <w:r w:rsidRPr="00DB5630">
        <w:t>Korlátozott meghatalmazás esetén a Meghatalmazott kizárólag az alábbi ügyintézési cselekményre jogosult:</w:t>
      </w:r>
    </w:p>
    <w:p w14:paraId="2DD6ECB1" w14:textId="55082CF7" w:rsidR="00DB5630" w:rsidRPr="00DB5630" w:rsidRDefault="00DB5630" w:rsidP="00224B3E">
      <w:pPr>
        <w:jc w:val="both"/>
      </w:pPr>
      <w:r w:rsidRPr="00DB5630">
        <w:t>........................................................................................................................................................................</w:t>
      </w:r>
      <w:r w:rsidR="00161102">
        <w:t>......................</w:t>
      </w:r>
    </w:p>
    <w:p w14:paraId="29432090" w14:textId="178695AA" w:rsidR="00DB5630" w:rsidRPr="00DB5630" w:rsidRDefault="00DB5630" w:rsidP="00224B3E">
      <w:pPr>
        <w:jc w:val="both"/>
      </w:pPr>
      <w:r w:rsidRPr="00DB5630">
        <w:t>........................................................................................................................................................................</w:t>
      </w:r>
      <w:r w:rsidR="00161102">
        <w:t>.......................</w:t>
      </w:r>
    </w:p>
    <w:p w14:paraId="0F44FB1F" w14:textId="77777777" w:rsidR="00DB5630" w:rsidRPr="00DB5630" w:rsidRDefault="00DB5630" w:rsidP="00224B3E">
      <w:pPr>
        <w:jc w:val="both"/>
      </w:pPr>
    </w:p>
    <w:p w14:paraId="6462A0B0" w14:textId="77777777" w:rsidR="00DB5630" w:rsidRPr="00DB5630" w:rsidRDefault="00DB5630" w:rsidP="00224B3E">
      <w:pPr>
        <w:jc w:val="both"/>
        <w:rPr>
          <w:b/>
          <w:bCs/>
        </w:rPr>
      </w:pPr>
      <w:r w:rsidRPr="00DB5630">
        <w:rPr>
          <w:b/>
          <w:bCs/>
        </w:rPr>
        <w:t>5. Felhatalmazás az ügyadatok és iratok megismerésére</w:t>
      </w:r>
    </w:p>
    <w:p w14:paraId="36BB6444" w14:textId="77777777" w:rsidR="00DB5630" w:rsidRPr="00DB5630" w:rsidRDefault="00DB5630" w:rsidP="00224B3E">
      <w:pPr>
        <w:jc w:val="both"/>
      </w:pPr>
      <w:r w:rsidRPr="00DB5630">
        <w:t xml:space="preserve">A meghatalmazás terjedelmében felhatalmazom a ONE Magyarország Zrt.-t, valamint a ONE nevében és utasításai alapján eljáró KERTÉSZ ÉS TÁRSAI ÜGYVÉDI IRODÁT, hogy a Meghatalmazott személyazonosságának és képviseleti jogosultságának megfelelő ellenőrzését követően részére a jelen ügyhöz kapcsolódó személyes, szerződéses, számlázási, befizetési és követeléskezelési adatokról tájékoztatást adjanak, és az ügyintézéshez szükséges iratokat rendelkezésére </w:t>
      </w:r>
      <w:proofErr w:type="spellStart"/>
      <w:r w:rsidRPr="00DB5630">
        <w:t>bocsássák</w:t>
      </w:r>
      <w:proofErr w:type="spellEnd"/>
      <w:r w:rsidRPr="00DB5630">
        <w:t>.</w:t>
      </w:r>
    </w:p>
    <w:p w14:paraId="4E0266DC" w14:textId="77777777" w:rsidR="00DB5630" w:rsidRPr="00DB5630" w:rsidRDefault="00DB5630" w:rsidP="00224B3E">
      <w:pPr>
        <w:jc w:val="both"/>
      </w:pPr>
    </w:p>
    <w:p w14:paraId="4D30DDD0" w14:textId="77777777" w:rsidR="00DB5630" w:rsidRPr="00DB5630" w:rsidRDefault="00DB5630" w:rsidP="00224B3E">
      <w:pPr>
        <w:jc w:val="both"/>
        <w:rPr>
          <w:b/>
          <w:bCs/>
        </w:rPr>
      </w:pPr>
      <w:r w:rsidRPr="00DB5630">
        <w:rPr>
          <w:b/>
          <w:bCs/>
        </w:rPr>
        <w:t>6. A meghatalmazás időbeli hatálya</w:t>
      </w:r>
    </w:p>
    <w:p w14:paraId="66BA50DF" w14:textId="77777777" w:rsidR="00DB5630" w:rsidRPr="00DB5630" w:rsidRDefault="00DB5630" w:rsidP="00224B3E">
      <w:pPr>
        <w:jc w:val="both"/>
      </w:pPr>
      <w:r w:rsidRPr="00DB5630">
        <w:rPr>
          <w:rFonts w:ascii="Segoe UI Symbol" w:hAnsi="Segoe UI Symbol" w:cs="Segoe UI Symbol"/>
          <w:b/>
          <w:bCs/>
        </w:rPr>
        <w:t>☐</w:t>
      </w:r>
      <w:r w:rsidRPr="00DB5630">
        <w:rPr>
          <w:b/>
          <w:bCs/>
        </w:rPr>
        <w:t xml:space="preserve"> </w:t>
      </w:r>
      <w:r w:rsidRPr="00DB5630">
        <w:t>A meghatalmazás visszavonásig érvényes.</w:t>
      </w:r>
    </w:p>
    <w:p w14:paraId="14BD72D3" w14:textId="77777777" w:rsidR="00DB5630" w:rsidRPr="00DB5630" w:rsidRDefault="00DB5630" w:rsidP="00224B3E">
      <w:pPr>
        <w:jc w:val="both"/>
      </w:pPr>
      <w:r w:rsidRPr="00DB5630">
        <w:rPr>
          <w:rFonts w:ascii="Segoe UI Symbol" w:hAnsi="Segoe UI Symbol" w:cs="Segoe UI Symbol"/>
          <w:b/>
          <w:bCs/>
        </w:rPr>
        <w:t>☐</w:t>
      </w:r>
      <w:r w:rsidRPr="00DB5630">
        <w:rPr>
          <w:b/>
          <w:bCs/>
        </w:rPr>
        <w:t xml:space="preserve"> </w:t>
      </w:r>
      <w:r w:rsidRPr="00DB5630">
        <w:t>A meghatalmazás az alábbi időpontig érvényes: ............ év ........................ hó ........ nap.</w:t>
      </w:r>
    </w:p>
    <w:p w14:paraId="42EACD23" w14:textId="77777777" w:rsidR="00DB5630" w:rsidRPr="00DB5630" w:rsidRDefault="00DB5630" w:rsidP="00224B3E">
      <w:pPr>
        <w:jc w:val="both"/>
      </w:pPr>
      <w:r w:rsidRPr="00DB5630">
        <w:rPr>
          <w:rFonts w:ascii="Segoe UI Symbol" w:hAnsi="Segoe UI Symbol" w:cs="Segoe UI Symbol"/>
          <w:b/>
          <w:bCs/>
        </w:rPr>
        <w:t>☐</w:t>
      </w:r>
      <w:r w:rsidRPr="00DB5630">
        <w:rPr>
          <w:b/>
          <w:bCs/>
        </w:rPr>
        <w:t xml:space="preserve"> </w:t>
      </w:r>
      <w:r w:rsidRPr="00DB5630">
        <w:t>A meghatalmazás kizárólag a fent megjelölt ügyintézési cselekmény elvégzéséig érvényes.</w:t>
      </w:r>
    </w:p>
    <w:p w14:paraId="44CC924E" w14:textId="77777777" w:rsidR="00DB5630" w:rsidRPr="00DB5630" w:rsidRDefault="00DB5630" w:rsidP="00224B3E">
      <w:pPr>
        <w:jc w:val="both"/>
      </w:pPr>
      <w:r w:rsidRPr="00DB5630">
        <w:t>A meghatalmazás visszavonását, megszűnését vagy módosítását írásban kell bejelenteni a KERTÉSZ ÉS TÁRSAI ÜGYVÉDI IRODA részére. A változás az Irodával szemben annak kézhezvételét követően hatályos.</w:t>
      </w:r>
    </w:p>
    <w:p w14:paraId="771584F6" w14:textId="77777777" w:rsidR="00DB5630" w:rsidRPr="00DB5630" w:rsidRDefault="00DB5630" w:rsidP="00224B3E">
      <w:pPr>
        <w:jc w:val="both"/>
      </w:pPr>
    </w:p>
    <w:p w14:paraId="0F9ACE47" w14:textId="77777777" w:rsidR="00DB5630" w:rsidRPr="00DB5630" w:rsidRDefault="00DB5630" w:rsidP="00224B3E">
      <w:pPr>
        <w:jc w:val="both"/>
        <w:rPr>
          <w:b/>
          <w:bCs/>
        </w:rPr>
      </w:pPr>
      <w:r w:rsidRPr="00DB5630">
        <w:rPr>
          <w:b/>
          <w:bCs/>
        </w:rPr>
        <w:t>7. Adatvédelmi tájékoztató</w:t>
      </w:r>
    </w:p>
    <w:p w14:paraId="40E8257A" w14:textId="77777777" w:rsidR="00DB5630" w:rsidRPr="00DB5630" w:rsidRDefault="00DB5630" w:rsidP="00224B3E">
      <w:pPr>
        <w:jc w:val="both"/>
      </w:pPr>
      <w:r w:rsidRPr="00DB5630">
        <w:rPr>
          <w:b/>
          <w:bCs/>
        </w:rPr>
        <w:t xml:space="preserve">Adatkezelő: </w:t>
      </w:r>
      <w:r w:rsidRPr="00DB5630">
        <w:t xml:space="preserve">ONE Magyarország Zrt. (1112 Budapest, Boldizsár utca 2.). </w:t>
      </w:r>
      <w:r w:rsidRPr="00DB5630">
        <w:rPr>
          <w:b/>
          <w:bCs/>
        </w:rPr>
        <w:t xml:space="preserve">Adatfeldolgozó: </w:t>
      </w:r>
      <w:r w:rsidRPr="00DB5630">
        <w:t>KERTÉSZ ÉS TÁRSAI ÜGYVÉDI IRODA (1022 Budapest, Alsó Törökvész út 9.), amely a ONE nevében és utasításai alapján jár el a követelés kezelésével és az ahhoz kapcsolódó ügyintézéssel összefüggésben.</w:t>
      </w:r>
    </w:p>
    <w:p w14:paraId="24F28F31" w14:textId="77777777" w:rsidR="00DB5630" w:rsidRPr="00DB5630" w:rsidRDefault="00DB5630" w:rsidP="00224B3E">
      <w:pPr>
        <w:jc w:val="both"/>
      </w:pPr>
      <w:r w:rsidRPr="00DB5630">
        <w:t>Az adatkezelés célja a Meghatalmazó és a Meghatalmazott azonosítása, a képviseleti jogosultság ellenőrzése és nyilvántartása, a követeléssel kapcsolatos ügyintézés és kapcsolattartás, valamint a jogi igények érvényesítése és védelme. A személyazonosító és ügyazonosító adatok kezelése nem a jelen nyomtatványon adott hozzájáruláson alapul; azok kezelése az adott ügyben alkalmazandó jogalapon, különösen a szerződés teljesítéséhez, jogi kötelezettség teljesítéséhez, illetve a ONE jogos érdekeinek és jogi igényeinek érvényesítéséhez szükséges körben történik.</w:t>
      </w:r>
    </w:p>
    <w:p w14:paraId="086C046D" w14:textId="77777777" w:rsidR="00DB5630" w:rsidRPr="00DB5630" w:rsidRDefault="00DB5630" w:rsidP="00224B3E">
      <w:pPr>
        <w:jc w:val="both"/>
      </w:pPr>
      <w:r w:rsidRPr="00DB5630">
        <w:t>Az adatokat a cél megvalósulásához, az ügy kezeléséhez, valamint az alkalmazandó jogszabályok és jogi igények érvényesítéséhez szükséges ideig kezelik. Az érintett a vonatkozó feltételek szerint jogosult hozzáférést, helyesbítést, törlést vagy az adatkezelés korlátozását kérni, tiltakozhat az érdekmérlegelésen alapuló adatkezeléssel szemben, és panasszal fordulhat a Nemzeti Adatvédelmi és Információszabadság Hatósághoz. A részletes szabályokat a ONE Magyarország Zrt. és a KERTÉSZ ÉS TÁRSAI ÜGYVÉDI IRODA alkalmazandó adatkezelési tájékoztatója tartalmazza.</w:t>
      </w:r>
    </w:p>
    <w:p w14:paraId="32F270DC" w14:textId="77777777" w:rsidR="00DB5630" w:rsidRPr="00DB5630" w:rsidRDefault="00DB5630" w:rsidP="00224B3E">
      <w:pPr>
        <w:jc w:val="both"/>
      </w:pPr>
    </w:p>
    <w:p w14:paraId="19E088A8" w14:textId="77777777" w:rsidR="00DB5630" w:rsidRPr="00DB5630" w:rsidRDefault="00DB5630" w:rsidP="00224B3E">
      <w:pPr>
        <w:jc w:val="both"/>
        <w:rPr>
          <w:b/>
          <w:bCs/>
        </w:rPr>
      </w:pPr>
      <w:r w:rsidRPr="00DB5630">
        <w:rPr>
          <w:b/>
          <w:bCs/>
        </w:rPr>
        <w:t>8. Hozzájárulás az önkéntesen megadott kapcsolattartási adatok használatához</w:t>
      </w:r>
    </w:p>
    <w:p w14:paraId="55E75B9D" w14:textId="77777777" w:rsidR="00DB5630" w:rsidRPr="00DB5630" w:rsidRDefault="00DB5630" w:rsidP="00224B3E">
      <w:pPr>
        <w:jc w:val="both"/>
        <w:rPr>
          <w:b/>
          <w:bCs/>
        </w:rPr>
      </w:pPr>
      <w:r w:rsidRPr="00DB5630">
        <w:rPr>
          <w:b/>
          <w:bCs/>
        </w:rPr>
        <w:t>A telefonszám és az e-mail-cím megadása önkéntes, azok megadásának elmaradása a meghatalmazás érvényességét nem érinti.</w:t>
      </w:r>
    </w:p>
    <w:p w14:paraId="27B273EC" w14:textId="77777777" w:rsidR="00DB5630" w:rsidRPr="00DB5630" w:rsidRDefault="00DB5630" w:rsidP="00224B3E">
      <w:pPr>
        <w:jc w:val="both"/>
      </w:pPr>
      <w:r w:rsidRPr="00DB5630">
        <w:t>Amennyiben a Meghatalmazó a jelen meghatalmazás 1. pontjában telefonszámot és/vagy e-mail-címet ad meg, ezen kapcsolattartási adat önkéntes feltüntetésével hozzájárul ahhoz, hogy azt a ONE Magyarország Zrt., valamint a ONE nevében és utasításai alapján eljáró KERTÉSZ ÉS TÁRSAI ÜGYVÉDI IRODA a jelen meghatalmazással érintett ügyben kapcsolattartás, tájékoztatás és ügyintézés céljából kezelje és felhasználja.</w:t>
      </w:r>
    </w:p>
    <w:p w14:paraId="0415EF11" w14:textId="77777777" w:rsidR="00DB5630" w:rsidRPr="00DB5630" w:rsidRDefault="00DB5630" w:rsidP="00224B3E">
      <w:pPr>
        <w:jc w:val="both"/>
      </w:pPr>
      <w:r w:rsidRPr="00DB5630">
        <w:t>A hozzájárulás bármikor, indokolás nélkül visszavonható. A visszavonás nem érinti a visszavonást megelőző, hozzájárulás alapján végzett adatkezelés jogszerűségét, továbbá nem érinti az érintett adatok más, önálló jogalapon történő jogszerű kezelését.</w:t>
      </w:r>
    </w:p>
    <w:p w14:paraId="588119D8" w14:textId="77777777" w:rsidR="00DB5630" w:rsidRPr="00DB5630" w:rsidRDefault="00DB5630" w:rsidP="00224B3E">
      <w:pPr>
        <w:jc w:val="both"/>
      </w:pPr>
    </w:p>
    <w:p w14:paraId="6BC955EC" w14:textId="77777777" w:rsidR="00DB5630" w:rsidRPr="00DB5630" w:rsidRDefault="00DB5630" w:rsidP="00224B3E">
      <w:pPr>
        <w:jc w:val="both"/>
        <w:rPr>
          <w:b/>
          <w:bCs/>
        </w:rPr>
      </w:pPr>
      <w:r w:rsidRPr="00DB5630">
        <w:rPr>
          <w:b/>
          <w:bCs/>
        </w:rPr>
        <w:t>9. Nyilatkozatok és aláírás</w:t>
      </w:r>
    </w:p>
    <w:p w14:paraId="25F23280" w14:textId="77777777" w:rsidR="00DB5630" w:rsidRPr="00DB5630" w:rsidRDefault="00DB5630" w:rsidP="00224B3E">
      <w:pPr>
        <w:jc w:val="both"/>
      </w:pPr>
      <w:r w:rsidRPr="00DB5630">
        <w:t>A Meghatalmazó kijelenti, hogy a meghatalmazást és az adatvédelmi tájékoztatást elolvasta, megértette, és a meghatalmazás tartalma akaratával mindenben megegyezik. A Meghatalmazott a meghatalmazást elfogadja, és vállalja, hogy kizárólag annak keretei között jár el.</w:t>
      </w:r>
    </w:p>
    <w:p w14:paraId="57882467" w14:textId="77777777" w:rsidR="00DB5630" w:rsidRPr="00DB5630" w:rsidRDefault="00DB5630" w:rsidP="00224B3E">
      <w:pPr>
        <w:jc w:val="both"/>
      </w:pPr>
    </w:p>
    <w:p w14:paraId="1CE95D56" w14:textId="77777777" w:rsidR="00DB5630" w:rsidRPr="00DB5630" w:rsidRDefault="00DB5630" w:rsidP="00DB5630">
      <w:r w:rsidRPr="00DB5630">
        <w:t>Kelt: ................................................, ............ év ........................ hó ........ nap</w:t>
      </w:r>
    </w:p>
    <w:tbl>
      <w:tblPr>
        <w:tblW w:w="10200" w:type="dxa"/>
        <w:tblLayout w:type="fixed"/>
        <w:tblLook w:val="0000" w:firstRow="0" w:lastRow="0" w:firstColumn="0" w:lastColumn="0" w:noHBand="0" w:noVBand="0"/>
      </w:tblPr>
      <w:tblGrid>
        <w:gridCol w:w="5100"/>
        <w:gridCol w:w="5100"/>
      </w:tblGrid>
      <w:tr w:rsidR="00DB5630" w:rsidRPr="00DB5630" w14:paraId="3049EE18" w14:textId="77777777" w:rsidTr="00CA782A">
        <w:tblPrEx>
          <w:tblCellMar>
            <w:top w:w="0" w:type="dxa"/>
            <w:bottom w:w="0" w:type="dxa"/>
          </w:tblCellMar>
        </w:tblPrEx>
        <w:tc>
          <w:tcPr>
            <w:tcW w:w="5100" w:type="dxa"/>
            <w:tcMar>
              <w:top w:w="80" w:type="dxa"/>
              <w:left w:w="70" w:type="dxa"/>
              <w:bottom w:w="80" w:type="dxa"/>
              <w:right w:w="70" w:type="dxa"/>
            </w:tcMar>
          </w:tcPr>
          <w:p w14:paraId="795AD64A" w14:textId="77777777" w:rsidR="00CA782A" w:rsidRPr="00224B3E" w:rsidRDefault="00CA782A" w:rsidP="00DB5630">
            <w:pPr>
              <w:rPr>
                <w:b/>
                <w:bCs/>
              </w:rPr>
            </w:pPr>
          </w:p>
          <w:p w14:paraId="424F868A" w14:textId="77777777" w:rsidR="00CA782A" w:rsidRPr="00224B3E" w:rsidRDefault="00CA782A" w:rsidP="00DB5630">
            <w:pPr>
              <w:rPr>
                <w:b/>
                <w:bCs/>
              </w:rPr>
            </w:pPr>
          </w:p>
          <w:p w14:paraId="3FAE5E85" w14:textId="2CDBBCF6" w:rsidR="00DB5630" w:rsidRPr="00DB5630" w:rsidRDefault="00DB5630" w:rsidP="00DB5630">
            <w:pPr>
              <w:rPr>
                <w:b/>
                <w:bCs/>
              </w:rPr>
            </w:pPr>
            <w:r w:rsidRPr="00DB5630">
              <w:rPr>
                <w:b/>
                <w:bCs/>
              </w:rPr>
              <w:t>________________________________</w:t>
            </w:r>
            <w:r w:rsidRPr="00DB5630">
              <w:rPr>
                <w:b/>
                <w:bCs/>
              </w:rPr>
              <w:br/>
              <w:t>Meghatalmazó aláírása</w:t>
            </w:r>
          </w:p>
        </w:tc>
        <w:tc>
          <w:tcPr>
            <w:tcW w:w="5100" w:type="dxa"/>
            <w:tcMar>
              <w:top w:w="80" w:type="dxa"/>
              <w:left w:w="70" w:type="dxa"/>
              <w:bottom w:w="80" w:type="dxa"/>
              <w:right w:w="70" w:type="dxa"/>
            </w:tcMar>
          </w:tcPr>
          <w:p w14:paraId="5BB7A62B" w14:textId="77777777" w:rsidR="00CA782A" w:rsidRPr="00224B3E" w:rsidRDefault="00CA782A" w:rsidP="00DB5630">
            <w:pPr>
              <w:rPr>
                <w:b/>
                <w:bCs/>
              </w:rPr>
            </w:pPr>
          </w:p>
          <w:p w14:paraId="2E10C26D" w14:textId="77777777" w:rsidR="00CA782A" w:rsidRPr="00224B3E" w:rsidRDefault="00CA782A" w:rsidP="00DB5630">
            <w:pPr>
              <w:rPr>
                <w:b/>
                <w:bCs/>
              </w:rPr>
            </w:pPr>
          </w:p>
          <w:p w14:paraId="1F6CE996" w14:textId="0F8AD26F" w:rsidR="00DB5630" w:rsidRPr="00DB5630" w:rsidRDefault="00DB5630" w:rsidP="00DB5630">
            <w:pPr>
              <w:rPr>
                <w:b/>
                <w:bCs/>
              </w:rPr>
            </w:pPr>
            <w:r w:rsidRPr="00DB5630">
              <w:rPr>
                <w:b/>
                <w:bCs/>
              </w:rPr>
              <w:t>________________________________</w:t>
            </w:r>
            <w:r w:rsidRPr="00DB5630">
              <w:rPr>
                <w:b/>
                <w:bCs/>
              </w:rPr>
              <w:br/>
              <w:t>Meghatalmazott aláírása</w:t>
            </w:r>
          </w:p>
        </w:tc>
      </w:tr>
      <w:tr w:rsidR="00DB5630" w:rsidRPr="00DB5630" w14:paraId="20C183D9" w14:textId="77777777" w:rsidTr="00CA782A">
        <w:tblPrEx>
          <w:tblCellMar>
            <w:top w:w="0" w:type="dxa"/>
            <w:bottom w:w="0" w:type="dxa"/>
          </w:tblCellMar>
        </w:tblPrEx>
        <w:tc>
          <w:tcPr>
            <w:tcW w:w="5100" w:type="dxa"/>
            <w:tcMar>
              <w:top w:w="80" w:type="dxa"/>
              <w:left w:w="70" w:type="dxa"/>
              <w:bottom w:w="80" w:type="dxa"/>
              <w:right w:w="70" w:type="dxa"/>
            </w:tcMar>
          </w:tcPr>
          <w:p w14:paraId="1F3FD6F4" w14:textId="77777777" w:rsidR="00DB5630" w:rsidRPr="00DB5630" w:rsidRDefault="00DB5630" w:rsidP="00DB5630">
            <w:r w:rsidRPr="00DB5630">
              <w:t>Név olvashatóan: ........................................</w:t>
            </w:r>
          </w:p>
        </w:tc>
        <w:tc>
          <w:tcPr>
            <w:tcW w:w="5100" w:type="dxa"/>
            <w:tcMar>
              <w:top w:w="80" w:type="dxa"/>
              <w:left w:w="70" w:type="dxa"/>
              <w:bottom w:w="80" w:type="dxa"/>
              <w:right w:w="70" w:type="dxa"/>
            </w:tcMar>
          </w:tcPr>
          <w:p w14:paraId="6F260603" w14:textId="77777777" w:rsidR="00DB5630" w:rsidRPr="00DB5630" w:rsidRDefault="00DB5630" w:rsidP="00DB5630">
            <w:r w:rsidRPr="00DB5630">
              <w:t>Név olvashatóan: ........................................</w:t>
            </w:r>
          </w:p>
        </w:tc>
      </w:tr>
    </w:tbl>
    <w:p w14:paraId="05D2C07A" w14:textId="77777777" w:rsidR="00DB5630" w:rsidRPr="00DB5630" w:rsidRDefault="00DB5630" w:rsidP="00DB5630"/>
    <w:p w14:paraId="012EAE2A" w14:textId="77777777" w:rsidR="00DB5630" w:rsidRPr="00DB5630" w:rsidRDefault="00DB5630" w:rsidP="00DB5630">
      <w:pPr>
        <w:rPr>
          <w:b/>
          <w:bCs/>
        </w:rPr>
      </w:pPr>
      <w:r w:rsidRPr="00DB5630">
        <w:rPr>
          <w:b/>
          <w:bCs/>
        </w:rPr>
        <w:t>10. Tanúk</w:t>
      </w:r>
    </w:p>
    <w:p w14:paraId="76DC2A51" w14:textId="77777777" w:rsidR="00DB5630" w:rsidRPr="00DB5630" w:rsidRDefault="00DB5630" w:rsidP="00DB5630">
      <w:r w:rsidRPr="00DB5630">
        <w:t>Alulírott tanúk igazoljuk, hogy a Meghatalmazó a jelen okiratot előttünk írta alá, vagy aláírását előttünk saját kezű aláírásának ismerte el.</w:t>
      </w: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0"/>
        <w:gridCol w:w="5100"/>
      </w:tblGrid>
      <w:tr w:rsidR="00DB5630" w:rsidRPr="00DB5630" w14:paraId="2FEF231E" w14:textId="77777777">
        <w:tblPrEx>
          <w:tblCellMar>
            <w:top w:w="0" w:type="dxa"/>
            <w:bottom w:w="0" w:type="dxa"/>
          </w:tblCellMar>
        </w:tblPrEx>
        <w:tc>
          <w:tcPr>
            <w:tcW w:w="5100" w:type="dxa"/>
            <w:shd w:val="clear" w:color="EAF2F8" w:fill="EAF2F8"/>
            <w:tcMar>
              <w:top w:w="40" w:type="dxa"/>
              <w:left w:w="70" w:type="dxa"/>
              <w:bottom w:w="40" w:type="dxa"/>
              <w:right w:w="70" w:type="dxa"/>
            </w:tcMar>
          </w:tcPr>
          <w:p w14:paraId="775053F1" w14:textId="77777777" w:rsidR="00DB5630" w:rsidRPr="00DB5630" w:rsidRDefault="00DB5630" w:rsidP="00DB5630">
            <w:pPr>
              <w:rPr>
                <w:b/>
                <w:bCs/>
              </w:rPr>
            </w:pPr>
            <w:r w:rsidRPr="00DB5630">
              <w:rPr>
                <w:b/>
                <w:bCs/>
              </w:rPr>
              <w:t>1. tanú</w:t>
            </w:r>
          </w:p>
        </w:tc>
        <w:tc>
          <w:tcPr>
            <w:tcW w:w="5100" w:type="dxa"/>
            <w:shd w:val="clear" w:color="EAF2F8" w:fill="EAF2F8"/>
            <w:tcMar>
              <w:top w:w="40" w:type="dxa"/>
              <w:left w:w="70" w:type="dxa"/>
              <w:bottom w:w="40" w:type="dxa"/>
              <w:right w:w="70" w:type="dxa"/>
            </w:tcMar>
          </w:tcPr>
          <w:p w14:paraId="5FB14D4B" w14:textId="77777777" w:rsidR="00DB5630" w:rsidRPr="00DB5630" w:rsidRDefault="00DB5630" w:rsidP="00DB5630">
            <w:pPr>
              <w:rPr>
                <w:b/>
                <w:bCs/>
              </w:rPr>
            </w:pPr>
            <w:r w:rsidRPr="00DB5630">
              <w:rPr>
                <w:b/>
                <w:bCs/>
              </w:rPr>
              <w:t>2. tanú</w:t>
            </w:r>
          </w:p>
        </w:tc>
      </w:tr>
      <w:tr w:rsidR="00DB5630" w:rsidRPr="00DB5630" w14:paraId="1A434F89" w14:textId="77777777">
        <w:tblPrEx>
          <w:tblCellMar>
            <w:top w:w="0" w:type="dxa"/>
            <w:bottom w:w="0" w:type="dxa"/>
          </w:tblCellMar>
        </w:tblPrEx>
        <w:tc>
          <w:tcPr>
            <w:tcW w:w="5100" w:type="dxa"/>
            <w:tcMar>
              <w:top w:w="40" w:type="dxa"/>
              <w:left w:w="70" w:type="dxa"/>
              <w:bottom w:w="40" w:type="dxa"/>
              <w:right w:w="70" w:type="dxa"/>
            </w:tcMar>
          </w:tcPr>
          <w:p w14:paraId="04230CD2" w14:textId="77777777" w:rsidR="00DB5630" w:rsidRPr="00DB5630" w:rsidRDefault="00DB5630" w:rsidP="00DB5630">
            <w:r w:rsidRPr="00DB5630">
              <w:t>Név: ............................................................</w:t>
            </w:r>
          </w:p>
        </w:tc>
        <w:tc>
          <w:tcPr>
            <w:tcW w:w="5100" w:type="dxa"/>
            <w:tcMar>
              <w:top w:w="40" w:type="dxa"/>
              <w:left w:w="70" w:type="dxa"/>
              <w:bottom w:w="40" w:type="dxa"/>
              <w:right w:w="70" w:type="dxa"/>
            </w:tcMar>
          </w:tcPr>
          <w:p w14:paraId="4FAF7C60" w14:textId="77777777" w:rsidR="00DB5630" w:rsidRPr="00DB5630" w:rsidRDefault="00DB5630" w:rsidP="00DB5630">
            <w:r w:rsidRPr="00DB5630">
              <w:t>Név: ............................................................</w:t>
            </w:r>
          </w:p>
        </w:tc>
      </w:tr>
      <w:tr w:rsidR="00DB5630" w:rsidRPr="00DB5630" w14:paraId="194221A1" w14:textId="77777777">
        <w:tblPrEx>
          <w:tblCellMar>
            <w:top w:w="0" w:type="dxa"/>
            <w:bottom w:w="0" w:type="dxa"/>
          </w:tblCellMar>
        </w:tblPrEx>
        <w:tc>
          <w:tcPr>
            <w:tcW w:w="5100" w:type="dxa"/>
            <w:tcMar>
              <w:top w:w="40" w:type="dxa"/>
              <w:left w:w="70" w:type="dxa"/>
              <w:bottom w:w="40" w:type="dxa"/>
              <w:right w:w="70" w:type="dxa"/>
            </w:tcMar>
          </w:tcPr>
          <w:p w14:paraId="234EFA63" w14:textId="77777777" w:rsidR="00DB5630" w:rsidRPr="00DB5630" w:rsidRDefault="00DB5630" w:rsidP="00DB5630">
            <w:r w:rsidRPr="00DB5630">
              <w:t>Lakcím: .........................................................</w:t>
            </w:r>
          </w:p>
        </w:tc>
        <w:tc>
          <w:tcPr>
            <w:tcW w:w="5100" w:type="dxa"/>
            <w:tcMar>
              <w:top w:w="40" w:type="dxa"/>
              <w:left w:w="70" w:type="dxa"/>
              <w:bottom w:w="40" w:type="dxa"/>
              <w:right w:w="70" w:type="dxa"/>
            </w:tcMar>
          </w:tcPr>
          <w:p w14:paraId="27E8639C" w14:textId="77777777" w:rsidR="00DB5630" w:rsidRPr="00DB5630" w:rsidRDefault="00DB5630" w:rsidP="00DB5630">
            <w:r w:rsidRPr="00DB5630">
              <w:t>Lakcím: .........................................................</w:t>
            </w:r>
          </w:p>
        </w:tc>
      </w:tr>
      <w:tr w:rsidR="00DB5630" w:rsidRPr="00DB5630" w14:paraId="42ED202C" w14:textId="77777777">
        <w:tblPrEx>
          <w:tblCellMar>
            <w:top w:w="0" w:type="dxa"/>
            <w:bottom w:w="0" w:type="dxa"/>
          </w:tblCellMar>
        </w:tblPrEx>
        <w:tc>
          <w:tcPr>
            <w:tcW w:w="5100" w:type="dxa"/>
            <w:tcMar>
              <w:top w:w="40" w:type="dxa"/>
              <w:left w:w="70" w:type="dxa"/>
              <w:bottom w:w="40" w:type="dxa"/>
              <w:right w:w="70" w:type="dxa"/>
            </w:tcMar>
          </w:tcPr>
          <w:p w14:paraId="1910DBAE" w14:textId="77777777" w:rsidR="00DB5630" w:rsidRPr="00DB5630" w:rsidRDefault="00DB5630" w:rsidP="00DB5630">
            <w:r w:rsidRPr="00DB5630">
              <w:t>Anyja neve: ....................................................</w:t>
            </w:r>
          </w:p>
        </w:tc>
        <w:tc>
          <w:tcPr>
            <w:tcW w:w="5100" w:type="dxa"/>
            <w:tcMar>
              <w:top w:w="40" w:type="dxa"/>
              <w:left w:w="70" w:type="dxa"/>
              <w:bottom w:w="40" w:type="dxa"/>
              <w:right w:w="70" w:type="dxa"/>
            </w:tcMar>
          </w:tcPr>
          <w:p w14:paraId="36C872E9" w14:textId="77777777" w:rsidR="00DB5630" w:rsidRPr="00DB5630" w:rsidRDefault="00DB5630" w:rsidP="00DB5630">
            <w:r w:rsidRPr="00DB5630">
              <w:t>Anyja neve: ....................................................</w:t>
            </w:r>
          </w:p>
        </w:tc>
      </w:tr>
      <w:tr w:rsidR="00DB5630" w:rsidRPr="00DB5630" w14:paraId="1B642D4C" w14:textId="77777777">
        <w:tblPrEx>
          <w:tblCellMar>
            <w:top w:w="0" w:type="dxa"/>
            <w:bottom w:w="0" w:type="dxa"/>
          </w:tblCellMar>
        </w:tblPrEx>
        <w:tc>
          <w:tcPr>
            <w:tcW w:w="5100" w:type="dxa"/>
            <w:tcMar>
              <w:top w:w="40" w:type="dxa"/>
              <w:left w:w="70" w:type="dxa"/>
              <w:bottom w:w="40" w:type="dxa"/>
              <w:right w:w="70" w:type="dxa"/>
            </w:tcMar>
          </w:tcPr>
          <w:p w14:paraId="1DF8156C" w14:textId="77777777" w:rsidR="00DB5630" w:rsidRPr="00DB5630" w:rsidRDefault="00DB5630" w:rsidP="00DB5630">
            <w:r w:rsidRPr="00DB5630">
              <w:t>Aláírás: ........................................................</w:t>
            </w:r>
          </w:p>
        </w:tc>
        <w:tc>
          <w:tcPr>
            <w:tcW w:w="5100" w:type="dxa"/>
            <w:tcMar>
              <w:top w:w="40" w:type="dxa"/>
              <w:left w:w="70" w:type="dxa"/>
              <w:bottom w:w="40" w:type="dxa"/>
              <w:right w:w="70" w:type="dxa"/>
            </w:tcMar>
          </w:tcPr>
          <w:p w14:paraId="515A971E" w14:textId="77777777" w:rsidR="00DB5630" w:rsidRPr="00DB5630" w:rsidRDefault="00DB5630" w:rsidP="00DB5630">
            <w:r w:rsidRPr="00DB5630">
              <w:t>Aláírás: ........................................................</w:t>
            </w:r>
          </w:p>
        </w:tc>
      </w:tr>
    </w:tbl>
    <w:p w14:paraId="0CB1F4EF" w14:textId="01C5EA4B" w:rsidR="00DB5630" w:rsidRPr="00DB5630" w:rsidRDefault="00DB5630" w:rsidP="00757714">
      <w:pPr>
        <w:jc w:val="both"/>
      </w:pPr>
      <w:r w:rsidRPr="00DB5630">
        <w:rPr>
          <w:i/>
          <w:iCs/>
        </w:rPr>
        <w:t>A kitöltött és aláírt meghatalmazás megküldhető a KERTÉSZ ÉS TÁRSAI ÜGYVÉDI IRODA részére e-mailben a kapcsolat@kpllc.eu címre vagy postai úton a 1438 Budapest, Pf. 470/1. címre.</w:t>
      </w:r>
    </w:p>
    <w:sectPr w:rsidR="00DB5630" w:rsidRPr="00DB5630" w:rsidSect="00034616">
      <w:pgSz w:w="12240" w:h="15840"/>
      <w:pgMar w:top="822" w:right="964" w:bottom="822"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BCD14" w14:textId="77777777" w:rsidR="00161102" w:rsidRDefault="00161102">
      <w:pPr>
        <w:spacing w:after="0" w:line="240" w:lineRule="auto"/>
      </w:pPr>
      <w:r>
        <w:separator/>
      </w:r>
    </w:p>
  </w:endnote>
  <w:endnote w:type="continuationSeparator" w:id="0">
    <w:p w14:paraId="4910D514" w14:textId="77777777" w:rsidR="00161102" w:rsidRDefault="00161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42F04" w14:textId="77777777" w:rsidR="00161102" w:rsidRDefault="00161102">
      <w:pPr>
        <w:spacing w:after="0" w:line="240" w:lineRule="auto"/>
      </w:pPr>
      <w:r>
        <w:separator/>
      </w:r>
    </w:p>
  </w:footnote>
  <w:footnote w:type="continuationSeparator" w:id="0">
    <w:p w14:paraId="0DF5D5E1" w14:textId="77777777" w:rsidR="00161102" w:rsidRDefault="001611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num w:numId="1" w16cid:durableId="934871795">
    <w:abstractNumId w:val="8"/>
  </w:num>
  <w:num w:numId="2" w16cid:durableId="75709191">
    <w:abstractNumId w:val="6"/>
  </w:num>
  <w:num w:numId="3" w16cid:durableId="1806198614">
    <w:abstractNumId w:val="5"/>
  </w:num>
  <w:num w:numId="4" w16cid:durableId="558977323">
    <w:abstractNumId w:val="4"/>
  </w:num>
  <w:num w:numId="5" w16cid:durableId="1079593405">
    <w:abstractNumId w:val="7"/>
  </w:num>
  <w:num w:numId="6" w16cid:durableId="2021271753">
    <w:abstractNumId w:val="3"/>
  </w:num>
  <w:num w:numId="7" w16cid:durableId="1752463752">
    <w:abstractNumId w:val="2"/>
  </w:num>
  <w:num w:numId="8" w16cid:durableId="1890800003">
    <w:abstractNumId w:val="1"/>
  </w:num>
  <w:num w:numId="9" w16cid:durableId="450981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1102"/>
    <w:rsid w:val="00224B3E"/>
    <w:rsid w:val="0029639D"/>
    <w:rsid w:val="00326F90"/>
    <w:rsid w:val="00757714"/>
    <w:rsid w:val="00810B1B"/>
    <w:rsid w:val="008E22F0"/>
    <w:rsid w:val="00AA1D8D"/>
    <w:rsid w:val="00B47730"/>
    <w:rsid w:val="00CA782A"/>
    <w:rsid w:val="00CB0664"/>
    <w:rsid w:val="00DB5630"/>
    <w:rsid w:val="00FC693F"/>
    <w:rsid w:val="07BA7704"/>
    <w:rsid w:val="1EEE0D8D"/>
    <w:rsid w:val="25521C44"/>
    <w:rsid w:val="27DCD9F3"/>
    <w:rsid w:val="3DABD05B"/>
    <w:rsid w:val="3DB40C4B"/>
    <w:rsid w:val="3FBBF123"/>
    <w:rsid w:val="42F3B9CC"/>
    <w:rsid w:val="4DB82486"/>
    <w:rsid w:val="531A4552"/>
    <w:rsid w:val="556875E8"/>
    <w:rsid w:val="6B889273"/>
    <w:rsid w:val="73158BC0"/>
    <w:rsid w:val="7BF1FA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4214A555-9AEC-4235-A123-48510FF70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73158BC0"/>
    <w:pPr>
      <w:spacing w:after="80"/>
    </w:pPr>
    <w:rPr>
      <w:rFonts w:ascii="Calibri Light" w:eastAsia="Calibri Light" w:hAnsi="Calibri Light" w:cs="Calibri Light"/>
      <w:lang w:val="hu-HU"/>
    </w:rPr>
  </w:style>
  <w:style w:type="paragraph" w:styleId="Cmsor1">
    <w:name w:val="heading 1"/>
    <w:basedOn w:val="Norml"/>
    <w:next w:val="Norml"/>
    <w:link w:val="Cmsor1Char"/>
    <w:uiPriority w:val="9"/>
    <w:qFormat/>
    <w:rsid w:val="73158BC0"/>
    <w:pPr>
      <w:keepNext/>
      <w:keepLines/>
      <w:spacing w:before="160"/>
      <w:outlineLvl w:val="0"/>
    </w:pPr>
    <w:rPr>
      <w:rFonts w:asciiTheme="majorHAnsi" w:eastAsiaTheme="majorEastAsia" w:hAnsiTheme="majorHAnsi" w:cstheme="majorBidi"/>
      <w:b/>
      <w:bCs/>
      <w:color w:val="00A87A"/>
      <w:sz w:val="26"/>
      <w:szCs w:val="26"/>
    </w:rPr>
  </w:style>
  <w:style w:type="paragraph" w:styleId="Cmsor2">
    <w:name w:val="heading 2"/>
    <w:basedOn w:val="Norml"/>
    <w:next w:val="Norml"/>
    <w:link w:val="Cmsor2Char"/>
    <w:uiPriority w:val="9"/>
    <w:unhideWhenUsed/>
    <w:qFormat/>
    <w:rsid w:val="73158BC0"/>
    <w:pPr>
      <w:keepNext/>
      <w:keepLines/>
      <w:spacing w:before="160"/>
      <w:outlineLvl w:val="1"/>
    </w:pPr>
    <w:rPr>
      <w:rFonts w:asciiTheme="majorHAnsi" w:eastAsiaTheme="majorEastAsia" w:hAnsiTheme="majorHAnsi" w:cstheme="majorBidi"/>
      <w:b/>
      <w:bCs/>
      <w:color w:val="00A87A"/>
      <w:sz w:val="23"/>
      <w:szCs w:val="23"/>
    </w:rPr>
  </w:style>
  <w:style w:type="paragraph" w:styleId="Cmsor3">
    <w:name w:val="heading 3"/>
    <w:basedOn w:val="Norml"/>
    <w:next w:val="Norml"/>
    <w:link w:val="Cmsor3Char"/>
    <w:uiPriority w:val="9"/>
    <w:unhideWhenUsed/>
    <w:qFormat/>
    <w:rsid w:val="73158BC0"/>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73158BC0"/>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73158BC0"/>
    <w:pPr>
      <w:keepNext/>
      <w:keepLines/>
      <w:spacing w:before="200" w:after="0"/>
      <w:outlineLvl w:val="4"/>
    </w:pPr>
    <w:rPr>
      <w:rFonts w:asciiTheme="majorHAnsi" w:eastAsiaTheme="majorEastAsia" w:hAnsiTheme="majorHAnsi" w:cstheme="majorBidi"/>
      <w:color w:val="243F60"/>
    </w:rPr>
  </w:style>
  <w:style w:type="paragraph" w:styleId="Cmsor6">
    <w:name w:val="heading 6"/>
    <w:basedOn w:val="Norml"/>
    <w:next w:val="Norml"/>
    <w:link w:val="Cmsor6Char"/>
    <w:uiPriority w:val="9"/>
    <w:semiHidden/>
    <w:unhideWhenUsed/>
    <w:qFormat/>
    <w:rsid w:val="73158BC0"/>
    <w:pPr>
      <w:keepNext/>
      <w:keepLines/>
      <w:spacing w:before="200" w:after="0"/>
      <w:outlineLvl w:val="5"/>
    </w:pPr>
    <w:rPr>
      <w:rFonts w:asciiTheme="majorHAnsi" w:eastAsiaTheme="majorEastAsia" w:hAnsiTheme="majorHAnsi" w:cstheme="majorBidi"/>
      <w:i/>
      <w:iCs/>
      <w:color w:val="243F60"/>
    </w:rPr>
  </w:style>
  <w:style w:type="paragraph" w:styleId="Cmsor7">
    <w:name w:val="heading 7"/>
    <w:basedOn w:val="Norml"/>
    <w:next w:val="Norml"/>
    <w:link w:val="Cmsor7Char"/>
    <w:uiPriority w:val="9"/>
    <w:semiHidden/>
    <w:unhideWhenUsed/>
    <w:qFormat/>
    <w:rsid w:val="73158BC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73158BC0"/>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73158BC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73158BC0"/>
    <w:pPr>
      <w:tabs>
        <w:tab w:val="center" w:pos="4680"/>
        <w:tab w:val="right" w:pos="9360"/>
      </w:tabs>
      <w:spacing w:after="0"/>
    </w:pPr>
  </w:style>
  <w:style w:type="character" w:customStyle="1" w:styleId="lfejChar">
    <w:name w:val="Élőfej Char"/>
    <w:basedOn w:val="Bekezdsalapbettpusa"/>
    <w:link w:val="lfej"/>
    <w:uiPriority w:val="99"/>
    <w:rsid w:val="00E618BF"/>
    <w:rPr>
      <w:rFonts w:ascii="Calibri Light" w:eastAsia="Calibri Light" w:hAnsi="Calibri Light" w:cs="Calibri Light"/>
    </w:rPr>
  </w:style>
  <w:style w:type="paragraph" w:styleId="llb">
    <w:name w:val="footer"/>
    <w:basedOn w:val="Norml"/>
    <w:link w:val="llbChar"/>
    <w:uiPriority w:val="99"/>
    <w:unhideWhenUsed/>
    <w:rsid w:val="73158BC0"/>
    <w:pPr>
      <w:tabs>
        <w:tab w:val="center" w:pos="4680"/>
        <w:tab w:val="right" w:pos="9360"/>
      </w:tabs>
      <w:spacing w:after="0"/>
    </w:pPr>
  </w:style>
  <w:style w:type="character" w:customStyle="1" w:styleId="llbChar">
    <w:name w:val="Élőláb Char"/>
    <w:basedOn w:val="Bekezdsalapbettpusa"/>
    <w:link w:val="llb"/>
    <w:uiPriority w:val="99"/>
    <w:rsid w:val="00E618BF"/>
    <w:rPr>
      <w:rFonts w:ascii="Calibri Light" w:eastAsia="Calibri Light" w:hAnsi="Calibri Light" w:cs="Calibri Light"/>
    </w:rPr>
  </w:style>
  <w:style w:type="paragraph" w:styleId="Nincstrkz">
    <w:name w:val="No Spacing"/>
    <w:uiPriority w:val="1"/>
    <w:qFormat/>
    <w:rsid w:val="00FC693F"/>
    <w:pPr>
      <w:spacing w:after="0" w:line="240" w:lineRule="auto"/>
    </w:pPr>
    <w:rPr>
      <w:rFonts w:ascii="Calibri Light" w:eastAsia="Calibri Light" w:hAnsi="Calibri Light" w:cs="Calibri Light"/>
    </w:r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73158BC0"/>
    <w:pPr>
      <w:keepNext/>
      <w:pBdr>
        <w:bottom w:val="single" w:sz="8" w:space="4" w:color="4F81BD" w:themeColor="accent1"/>
      </w:pBdr>
      <w:spacing w:before="160"/>
      <w:contextualSpacing/>
    </w:pPr>
    <w:rPr>
      <w:rFonts w:asciiTheme="majorHAnsi" w:eastAsiaTheme="majorEastAsia" w:hAnsiTheme="majorHAnsi" w:cstheme="majorBidi"/>
      <w:b/>
      <w:bCs/>
      <w:color w:val="00A87A"/>
      <w:sz w:val="38"/>
      <w:szCs w:val="38"/>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73158BC0"/>
    <w:rPr>
      <w:rFonts w:asciiTheme="majorHAnsi" w:eastAsiaTheme="majorEastAsia" w:hAnsiTheme="majorHAnsi" w:cstheme="majorBidi"/>
      <w:i/>
      <w:iCs/>
      <w:color w:val="4F81BD" w:themeColor="accent1"/>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73158BC0"/>
    <w:pPr>
      <w:ind w:left="720"/>
      <w:contextualSpacing/>
    </w:pPr>
  </w:style>
  <w:style w:type="paragraph" w:styleId="Szvegtrzs">
    <w:name w:val="Body Text"/>
    <w:basedOn w:val="Norml"/>
    <w:link w:val="SzvegtrzsChar"/>
    <w:uiPriority w:val="99"/>
    <w:unhideWhenUsed/>
    <w:rsid w:val="73158BC0"/>
    <w:pPr>
      <w:spacing w:after="120"/>
    </w:pPr>
  </w:style>
  <w:style w:type="character" w:customStyle="1" w:styleId="SzvegtrzsChar">
    <w:name w:val="Szövegtörzs Char"/>
    <w:basedOn w:val="Bekezdsalapbettpusa"/>
    <w:link w:val="Szvegtrzs"/>
    <w:uiPriority w:val="99"/>
    <w:rsid w:val="00AA1D8D"/>
    <w:rPr>
      <w:rFonts w:ascii="Calibri Light" w:eastAsia="Calibri Light" w:hAnsi="Calibri Light" w:cs="Calibri Light"/>
    </w:rPr>
  </w:style>
  <w:style w:type="paragraph" w:styleId="Szvegtrzs2">
    <w:name w:val="Body Text 2"/>
    <w:basedOn w:val="Norml"/>
    <w:link w:val="Szvegtrzs2Char"/>
    <w:uiPriority w:val="99"/>
    <w:unhideWhenUsed/>
    <w:rsid w:val="73158BC0"/>
    <w:pPr>
      <w:spacing w:after="120"/>
    </w:pPr>
  </w:style>
  <w:style w:type="character" w:customStyle="1" w:styleId="Szvegtrzs2Char">
    <w:name w:val="Szövegtörzs 2 Char"/>
    <w:basedOn w:val="Bekezdsalapbettpusa"/>
    <w:link w:val="Szvegtrzs2"/>
    <w:uiPriority w:val="99"/>
    <w:rsid w:val="00AA1D8D"/>
    <w:rPr>
      <w:rFonts w:ascii="Calibri Light" w:eastAsia="Calibri Light" w:hAnsi="Calibri Light" w:cs="Calibri Light"/>
    </w:rPr>
  </w:style>
  <w:style w:type="paragraph" w:styleId="Szvegtrzs3">
    <w:name w:val="Body Text 3"/>
    <w:basedOn w:val="Norml"/>
    <w:link w:val="Szvegtrzs3Char"/>
    <w:uiPriority w:val="99"/>
    <w:unhideWhenUsed/>
    <w:rsid w:val="73158BC0"/>
    <w:pPr>
      <w:spacing w:after="120"/>
    </w:pPr>
    <w:rPr>
      <w:sz w:val="16"/>
      <w:szCs w:val="16"/>
    </w:rPr>
  </w:style>
  <w:style w:type="character" w:customStyle="1" w:styleId="Szvegtrzs3Char">
    <w:name w:val="Szövegtörzs 3 Char"/>
    <w:basedOn w:val="Bekezdsalapbettpusa"/>
    <w:link w:val="Szvegtrzs3"/>
    <w:uiPriority w:val="99"/>
    <w:rsid w:val="00AA1D8D"/>
    <w:rPr>
      <w:rFonts w:ascii="Calibri Light" w:eastAsia="Calibri Light" w:hAnsi="Calibri Light" w:cs="Calibri Light"/>
      <w:sz w:val="16"/>
      <w:szCs w:val="16"/>
    </w:rPr>
  </w:style>
  <w:style w:type="paragraph" w:styleId="Lista">
    <w:name w:val="List"/>
    <w:basedOn w:val="Norml"/>
    <w:uiPriority w:val="99"/>
    <w:unhideWhenUsed/>
    <w:rsid w:val="73158BC0"/>
    <w:pPr>
      <w:ind w:left="360" w:hanging="360"/>
      <w:contextualSpacing/>
    </w:pPr>
  </w:style>
  <w:style w:type="paragraph" w:styleId="Lista2">
    <w:name w:val="List 2"/>
    <w:basedOn w:val="Norml"/>
    <w:uiPriority w:val="99"/>
    <w:unhideWhenUsed/>
    <w:rsid w:val="73158BC0"/>
    <w:pPr>
      <w:ind w:left="720" w:hanging="360"/>
      <w:contextualSpacing/>
    </w:pPr>
  </w:style>
  <w:style w:type="paragraph" w:styleId="Lista3">
    <w:name w:val="List 3"/>
    <w:basedOn w:val="Norml"/>
    <w:uiPriority w:val="99"/>
    <w:unhideWhenUsed/>
    <w:rsid w:val="73158BC0"/>
    <w:pPr>
      <w:ind w:left="1080" w:hanging="360"/>
      <w:contextualSpacing/>
    </w:pPr>
  </w:style>
  <w:style w:type="paragraph" w:styleId="Felsorols">
    <w:name w:val="List Bullet"/>
    <w:basedOn w:val="Norml"/>
    <w:uiPriority w:val="99"/>
    <w:unhideWhenUsed/>
    <w:rsid w:val="73158BC0"/>
    <w:pPr>
      <w:numPr>
        <w:numId w:val="1"/>
      </w:numPr>
      <w:contextualSpacing/>
    </w:pPr>
  </w:style>
  <w:style w:type="paragraph" w:styleId="Felsorols2">
    <w:name w:val="List Bullet 2"/>
    <w:basedOn w:val="Norml"/>
    <w:uiPriority w:val="99"/>
    <w:unhideWhenUsed/>
    <w:rsid w:val="73158BC0"/>
    <w:pPr>
      <w:numPr>
        <w:numId w:val="2"/>
      </w:numPr>
      <w:contextualSpacing/>
    </w:pPr>
  </w:style>
  <w:style w:type="paragraph" w:styleId="Felsorols3">
    <w:name w:val="List Bullet 3"/>
    <w:basedOn w:val="Norml"/>
    <w:uiPriority w:val="99"/>
    <w:unhideWhenUsed/>
    <w:rsid w:val="73158BC0"/>
    <w:pPr>
      <w:numPr>
        <w:numId w:val="3"/>
      </w:numPr>
      <w:contextualSpacing/>
    </w:pPr>
  </w:style>
  <w:style w:type="paragraph" w:styleId="Szmozottlista">
    <w:name w:val="List Number"/>
    <w:basedOn w:val="Norml"/>
    <w:uiPriority w:val="99"/>
    <w:unhideWhenUsed/>
    <w:rsid w:val="73158BC0"/>
    <w:pPr>
      <w:numPr>
        <w:numId w:val="5"/>
      </w:numPr>
      <w:contextualSpacing/>
    </w:pPr>
  </w:style>
  <w:style w:type="paragraph" w:styleId="Szmozottlista2">
    <w:name w:val="List Number 2"/>
    <w:basedOn w:val="Norml"/>
    <w:uiPriority w:val="99"/>
    <w:unhideWhenUsed/>
    <w:rsid w:val="73158BC0"/>
    <w:pPr>
      <w:numPr>
        <w:numId w:val="6"/>
      </w:numPr>
      <w:contextualSpacing/>
    </w:pPr>
  </w:style>
  <w:style w:type="paragraph" w:styleId="Szmozottlista3">
    <w:name w:val="List Number 3"/>
    <w:basedOn w:val="Norml"/>
    <w:uiPriority w:val="99"/>
    <w:unhideWhenUsed/>
    <w:rsid w:val="73158BC0"/>
    <w:pPr>
      <w:numPr>
        <w:numId w:val="7"/>
      </w:numPr>
      <w:contextualSpacing/>
    </w:pPr>
  </w:style>
  <w:style w:type="paragraph" w:styleId="Listafolytatsa">
    <w:name w:val="List Continue"/>
    <w:basedOn w:val="Norml"/>
    <w:uiPriority w:val="99"/>
    <w:unhideWhenUsed/>
    <w:rsid w:val="73158BC0"/>
    <w:pPr>
      <w:spacing w:after="120"/>
      <w:ind w:left="360"/>
      <w:contextualSpacing/>
    </w:pPr>
  </w:style>
  <w:style w:type="paragraph" w:styleId="Listafolytatsa2">
    <w:name w:val="List Continue 2"/>
    <w:basedOn w:val="Norml"/>
    <w:uiPriority w:val="99"/>
    <w:unhideWhenUsed/>
    <w:rsid w:val="73158BC0"/>
    <w:pPr>
      <w:spacing w:after="120"/>
      <w:ind w:left="720"/>
      <w:contextualSpacing/>
    </w:pPr>
  </w:style>
  <w:style w:type="paragraph" w:styleId="Listafolytatsa3">
    <w:name w:val="List Continue 3"/>
    <w:basedOn w:val="Norml"/>
    <w:uiPriority w:val="99"/>
    <w:unhideWhenUsed/>
    <w:rsid w:val="73158BC0"/>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alibri Light" w:eastAsia="Calibri Light" w:hAnsi="Calibri Light" w:cs="Calibri Light"/>
      <w:sz w:val="20"/>
      <w:szCs w:val="20"/>
    </w:rPr>
  </w:style>
  <w:style w:type="character" w:customStyle="1" w:styleId="MakrszvegeChar">
    <w:name w:val="Makró szövege Char"/>
    <w:basedOn w:val="Bekezdsalapbettpusa"/>
    <w:link w:val="Makrszvege"/>
    <w:uiPriority w:val="99"/>
    <w:rsid w:val="0029639D"/>
    <w:rPr>
      <w:rFonts w:ascii="Calibri Light" w:eastAsia="Calibri Light" w:hAnsi="Calibri Light" w:cs="Calibri Light"/>
      <w:sz w:val="20"/>
      <w:szCs w:val="20"/>
    </w:rPr>
  </w:style>
  <w:style w:type="paragraph" w:styleId="Idzet">
    <w:name w:val="Quote"/>
    <w:basedOn w:val="Norml"/>
    <w:next w:val="Norml"/>
    <w:link w:val="IdzetChar"/>
    <w:uiPriority w:val="29"/>
    <w:qFormat/>
    <w:rsid w:val="73158BC0"/>
    <w:rPr>
      <w:i/>
      <w:iCs/>
      <w:color w:val="000000" w:themeColor="text1"/>
    </w:rPr>
  </w:style>
  <w:style w:type="character" w:customStyle="1" w:styleId="IdzetChar">
    <w:name w:val="Idézet Char"/>
    <w:basedOn w:val="Bekezdsalapbettpusa"/>
    <w:link w:val="Idzet"/>
    <w:uiPriority w:val="29"/>
    <w:rsid w:val="00FC693F"/>
    <w:rPr>
      <w:rFonts w:ascii="Calibri Light" w:eastAsia="Calibri Light" w:hAnsi="Calibri Light" w:cs="Calibri Light"/>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73158BC0"/>
    <w:rPr>
      <w:b/>
      <w:bCs/>
      <w:color w:val="4F81BD" w:themeColor="accent1"/>
      <w:sz w:val="18"/>
      <w:szCs w:val="18"/>
    </w:rPr>
  </w:style>
  <w:style w:type="character" w:styleId="Kiemels2">
    <w:name w:val="Strong"/>
    <w:basedOn w:val="Bekezdsalapbettpusa"/>
    <w:uiPriority w:val="22"/>
    <w:qFormat/>
    <w:rsid w:val="00FC693F"/>
    <w:rPr>
      <w:rFonts w:ascii="Calibri Light" w:eastAsia="Calibri Light" w:hAnsi="Calibri Light" w:cs="Calibri Light"/>
      <w:b/>
      <w:bCs/>
    </w:rPr>
  </w:style>
  <w:style w:type="character" w:styleId="Kiemels">
    <w:name w:val="Emphasis"/>
    <w:basedOn w:val="Bekezdsalapbettpusa"/>
    <w:uiPriority w:val="20"/>
    <w:qFormat/>
    <w:rsid w:val="00FC693F"/>
    <w:rPr>
      <w:rFonts w:ascii="Calibri Light" w:eastAsia="Calibri Light" w:hAnsi="Calibri Light" w:cs="Calibri Light"/>
      <w:i/>
      <w:iCs/>
    </w:rPr>
  </w:style>
  <w:style w:type="paragraph" w:styleId="Kiemeltidzet">
    <w:name w:val="Intense Quote"/>
    <w:basedOn w:val="Norml"/>
    <w:next w:val="Norml"/>
    <w:link w:val="KiemeltidzetChar"/>
    <w:uiPriority w:val="30"/>
    <w:qFormat/>
    <w:rsid w:val="73158BC0"/>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rFonts w:ascii="Calibri Light" w:eastAsia="Calibri Light" w:hAnsi="Calibri Light" w:cs="Calibri Light"/>
      <w:b/>
      <w:bCs/>
      <w:i/>
      <w:iCs/>
      <w:color w:val="4F81BD" w:themeColor="accent1"/>
    </w:rPr>
  </w:style>
  <w:style w:type="character" w:styleId="Finomkiemels">
    <w:name w:val="Subtle Emphasis"/>
    <w:basedOn w:val="Bekezdsalapbettpusa"/>
    <w:uiPriority w:val="19"/>
    <w:qFormat/>
    <w:rsid w:val="00FC693F"/>
    <w:rPr>
      <w:rFonts w:ascii="Calibri Light" w:eastAsia="Calibri Light" w:hAnsi="Calibri Light" w:cs="Calibri Light"/>
      <w:i/>
      <w:iCs/>
      <w:color w:val="808080" w:themeColor="text1" w:themeTint="7F"/>
    </w:rPr>
  </w:style>
  <w:style w:type="character" w:styleId="Erskiemels">
    <w:name w:val="Intense Emphasis"/>
    <w:basedOn w:val="Bekezdsalapbettpusa"/>
    <w:uiPriority w:val="21"/>
    <w:qFormat/>
    <w:rsid w:val="00FC693F"/>
    <w:rPr>
      <w:rFonts w:ascii="Calibri Light" w:eastAsia="Calibri Light" w:hAnsi="Calibri Light" w:cs="Calibri Light"/>
      <w:b/>
      <w:bCs/>
      <w:i/>
      <w:iCs/>
      <w:color w:val="4F81BD" w:themeColor="accent1"/>
    </w:rPr>
  </w:style>
  <w:style w:type="character" w:styleId="Finomhivatkozs">
    <w:name w:val="Subtle Reference"/>
    <w:basedOn w:val="Bekezdsalapbettpusa"/>
    <w:uiPriority w:val="31"/>
    <w:qFormat/>
    <w:rsid w:val="00FC693F"/>
    <w:rPr>
      <w:rFonts w:ascii="Calibri Light" w:eastAsia="Calibri Light" w:hAnsi="Calibri Light" w:cs="Calibri Light"/>
      <w:smallCaps/>
      <w:color w:val="C0504D" w:themeColor="accent2"/>
      <w:u w:val="single"/>
    </w:rPr>
  </w:style>
  <w:style w:type="character" w:styleId="Ershivatkozs">
    <w:name w:val="Intense Reference"/>
    <w:basedOn w:val="Bekezdsalapbettpusa"/>
    <w:uiPriority w:val="32"/>
    <w:qFormat/>
    <w:rsid w:val="00FC693F"/>
    <w:rPr>
      <w:rFonts w:ascii="Calibri Light" w:eastAsia="Calibri Light" w:hAnsi="Calibri Light" w:cs="Calibri Light"/>
      <w:b/>
      <w:bCs/>
      <w:smallCaps/>
      <w:color w:val="C0504D" w:themeColor="accent2"/>
      <w:spacing w:val="5"/>
      <w:u w:val="single"/>
    </w:rPr>
  </w:style>
  <w:style w:type="character" w:styleId="Knyvcme">
    <w:name w:val="Book Title"/>
    <w:basedOn w:val="Bekezdsalapbettpusa"/>
    <w:uiPriority w:val="33"/>
    <w:qFormat/>
    <w:rsid w:val="00FC693F"/>
    <w:rPr>
      <w:rFonts w:ascii="Calibri Light" w:eastAsia="Calibri Light" w:hAnsi="Calibri Light" w:cs="Calibri Light"/>
      <w:b/>
      <w:bCs/>
      <w:smallCaps/>
      <w:spacing w:val="5"/>
    </w:rPr>
  </w:style>
  <w:style w:type="paragraph" w:styleId="Tartalomjegyzkcmsora">
    <w:name w:val="TOC Heading"/>
    <w:basedOn w:val="Cmsor1"/>
    <w:next w:val="Norml"/>
    <w:uiPriority w:val="39"/>
    <w:semiHidden/>
    <w:unhideWhenUsed/>
    <w:qFormat/>
    <w:rsid w:val="00FC693F"/>
    <w:pPr>
      <w:outlineLvl w:val="9"/>
    </w:pPr>
    <w:rPr>
      <w:rFonts w:ascii="Calibri Light" w:eastAsia="Calibri Light" w:hAnsi="Calibri Light" w:cs="Calibri Light"/>
    </w:rPr>
  </w:style>
  <w:style w:type="table" w:styleId="Rcsostblzat">
    <w:name w:val="Table Grid"/>
    <w:basedOn w:val="Normltblzat"/>
    <w:uiPriority w:val="59"/>
    <w:rsid w:val="00FC693F"/>
    <w:pPr>
      <w:spacing w:after="0" w:line="240" w:lineRule="auto"/>
    </w:pPr>
    <w:rPr>
      <w:rFonts w:ascii="Calibri Light" w:eastAsia="Calibri Light" w:hAnsi="Calibri Light" w:cs="Calibri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pPr>
      <w:spacing w:after="0" w:line="240" w:lineRule="auto"/>
    </w:pPr>
    <w:rPr>
      <w:rFonts w:ascii="Calibri Light" w:eastAsia="Calibri Light" w:hAnsi="Calibri Light" w:cs="Calibri Light"/>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pPr>
      <w:spacing w:after="0" w:line="240" w:lineRule="auto"/>
    </w:pPr>
    <w:rPr>
      <w:rFonts w:ascii="Calibri Light" w:eastAsia="Calibri Light" w:hAnsi="Calibri Light" w:cs="Calibri Light"/>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rFonts w:ascii="Calibri Light" w:eastAsia="Calibri Light" w:hAnsi="Calibri Light" w:cs="Calibri Light"/>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rFonts w:ascii="Calibri Light" w:eastAsia="Calibri Light" w:hAnsi="Calibri Light" w:cs="Calibri Light"/>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rFonts w:ascii="Calibri Light" w:eastAsia="Calibri Light" w:hAnsi="Calibri Light" w:cs="Calibri Light"/>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rFonts w:ascii="Calibri Light" w:eastAsia="Calibri Light" w:hAnsi="Calibri Light" w:cs="Calibri Light"/>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rFonts w:ascii="Calibri Light" w:eastAsia="Calibri Light" w:hAnsi="Calibri Light" w:cs="Calibri Light"/>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pPr>
      <w:spacing w:after="0" w:line="240" w:lineRule="auto"/>
    </w:pPr>
    <w:rPr>
      <w:rFonts w:ascii="Calibri Light" w:eastAsia="Calibri Light" w:hAnsi="Calibri Light" w:cs="Calibri Light"/>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pPr>
      <w:spacing w:after="0" w:line="240" w:lineRule="auto"/>
    </w:pPr>
    <w:rPr>
      <w:rFonts w:ascii="Calibri Light" w:eastAsia="Calibri Light" w:hAnsi="Calibri Light" w:cs="Calibri Light"/>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rPr>
      <w:rFonts w:ascii="Calibri Light" w:eastAsia="Calibri Light" w:hAnsi="Calibri Light" w:cs="Calibri Light"/>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rPr>
      <w:rFonts w:ascii="Calibri Light" w:eastAsia="Calibri Light" w:hAnsi="Calibri Light" w:cs="Calibri Light"/>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rPr>
      <w:rFonts w:ascii="Calibri Light" w:eastAsia="Calibri Light" w:hAnsi="Calibri Light" w:cs="Calibri Light"/>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rPr>
      <w:rFonts w:ascii="Calibri Light" w:eastAsia="Calibri Light" w:hAnsi="Calibri Light" w:cs="Calibri Light"/>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rPr>
      <w:rFonts w:ascii="Calibri Light" w:eastAsia="Calibri Light" w:hAnsi="Calibri Light" w:cs="Calibri Light"/>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pPr>
      <w:spacing w:after="0" w:line="240" w:lineRule="auto"/>
    </w:pPr>
    <w:rPr>
      <w:rFonts w:ascii="Calibri Light" w:eastAsia="Calibri Light" w:hAnsi="Calibri Light" w:cs="Calibri Light"/>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pPr>
      <w:spacing w:after="0" w:line="240" w:lineRule="auto"/>
    </w:pPr>
    <w:rPr>
      <w:rFonts w:ascii="Calibri Light" w:eastAsia="Calibri Light" w:hAnsi="Calibri Light" w:cs="Calibri Light"/>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rPr>
      <w:rFonts w:ascii="Calibri Light" w:eastAsia="Calibri Light" w:hAnsi="Calibri Light" w:cs="Calibri Light"/>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rPr>
      <w:rFonts w:ascii="Calibri Light" w:eastAsia="Calibri Light" w:hAnsi="Calibri Light" w:cs="Calibri Light"/>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rPr>
      <w:rFonts w:ascii="Calibri Light" w:eastAsia="Calibri Light" w:hAnsi="Calibri Light" w:cs="Calibri Light"/>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rPr>
      <w:rFonts w:ascii="Calibri Light" w:eastAsia="Calibri Light" w:hAnsi="Calibri Light" w:cs="Calibri Light"/>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rPr>
      <w:rFonts w:ascii="Calibri Light" w:eastAsia="Calibri Light" w:hAnsi="Calibri Light" w:cs="Calibri Light"/>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pPr>
      <w:spacing w:after="0" w:line="240" w:lineRule="auto"/>
    </w:pPr>
    <w:rPr>
      <w:rFonts w:ascii="Calibri Light" w:eastAsia="Calibri Light" w:hAnsi="Calibri Light" w:cs="Calibri Light"/>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pPr>
      <w:spacing w:after="0" w:line="240" w:lineRule="auto"/>
    </w:pPr>
    <w:rPr>
      <w:rFonts w:ascii="Calibri Light" w:eastAsia="Calibri Light" w:hAnsi="Calibri Light" w:cs="Calibri Light"/>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rPr>
      <w:rFonts w:ascii="Calibri Light" w:eastAsia="Calibri Light" w:hAnsi="Calibri Light" w:cs="Calibri Light"/>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rPr>
      <w:rFonts w:ascii="Calibri Light" w:eastAsia="Calibri Light" w:hAnsi="Calibri Light" w:cs="Calibri Light"/>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rPr>
      <w:rFonts w:ascii="Calibri Light" w:eastAsia="Calibri Light" w:hAnsi="Calibri Light" w:cs="Calibri Light"/>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rPr>
      <w:rFonts w:ascii="Calibri Light" w:eastAsia="Calibri Light" w:hAnsi="Calibri Light" w:cs="Calibri Light"/>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rPr>
      <w:rFonts w:ascii="Calibri Light" w:eastAsia="Calibri Light" w:hAnsi="Calibri Light" w:cs="Calibri Light"/>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pPr>
      <w:spacing w:after="0" w:line="240" w:lineRule="auto"/>
    </w:pPr>
    <w:rPr>
      <w:rFonts w:ascii="Calibri Light" w:eastAsia="Calibri Light" w:hAnsi="Calibri Light" w:cs="Calibri Ligh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pPr>
      <w:spacing w:after="0" w:line="240" w:lineRule="auto"/>
    </w:pPr>
    <w:rPr>
      <w:rFonts w:ascii="Calibri Light" w:eastAsia="Calibri Light" w:hAnsi="Calibri Light" w:cs="Calibri Ligh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rPr>
      <w:rFonts w:ascii="Calibri Light" w:eastAsia="Calibri Light" w:hAnsi="Calibri Light" w:cs="Calibri Ligh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rPr>
      <w:rFonts w:ascii="Calibri Light" w:eastAsia="Calibri Light" w:hAnsi="Calibri Light" w:cs="Calibri Ligh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rPr>
      <w:rFonts w:ascii="Calibri Light" w:eastAsia="Calibri Light" w:hAnsi="Calibri Light" w:cs="Calibri Ligh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rPr>
      <w:rFonts w:ascii="Calibri Light" w:eastAsia="Calibri Light" w:hAnsi="Calibri Light" w:cs="Calibri Ligh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rPr>
      <w:rFonts w:ascii="Calibri Light" w:eastAsia="Calibri Light" w:hAnsi="Calibri Light" w:cs="Calibri Ligh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pPr>
      <w:spacing w:after="0" w:line="240" w:lineRule="auto"/>
    </w:pPr>
    <w:rPr>
      <w:rFonts w:ascii="Calibri Light" w:eastAsia="Calibri Light" w:hAnsi="Calibri Light" w:cs="Calibri Light"/>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pPr>
      <w:spacing w:after="0" w:line="240" w:lineRule="auto"/>
    </w:pPr>
    <w:rPr>
      <w:rFonts w:ascii="Calibri Light" w:eastAsia="Calibri Light" w:hAnsi="Calibri Light" w:cs="Calibri Light"/>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rFonts w:ascii="Calibri Light" w:eastAsia="Calibri Light" w:hAnsi="Calibri Light" w:cs="Calibri Light"/>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rFonts w:ascii="Calibri Light" w:eastAsia="Calibri Light" w:hAnsi="Calibri Light" w:cs="Calibri Light"/>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rFonts w:ascii="Calibri Light" w:eastAsia="Calibri Light" w:hAnsi="Calibri Light" w:cs="Calibri Light"/>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rFonts w:ascii="Calibri Light" w:eastAsia="Calibri Light" w:hAnsi="Calibri Light" w:cs="Calibri Light"/>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rFonts w:ascii="Calibri Light" w:eastAsia="Calibri Light" w:hAnsi="Calibri Light" w:cs="Calibri Light"/>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pPr>
      <w:spacing w:after="0" w:line="240" w:lineRule="auto"/>
    </w:pPr>
    <w:rPr>
      <w:rFonts w:ascii="Calibri Light" w:eastAsia="Calibri Light" w:hAnsi="Calibri Light" w:cs="Calibri Light"/>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rPr>
      <w:rFonts w:ascii="Calibri Light" w:eastAsia="Calibri Light" w:hAnsi="Calibri Light" w:cs="Calibri Light"/>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rPr>
      <w:rFonts w:ascii="Calibri Light" w:eastAsia="Calibri Light" w:hAnsi="Calibri Light" w:cs="Calibri Light"/>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rPr>
      <w:rFonts w:ascii="Calibri Light" w:eastAsia="Calibri Light" w:hAnsi="Calibri Light" w:cs="Calibri Light"/>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rPr>
      <w:rFonts w:ascii="Calibri Light" w:eastAsia="Calibri Light" w:hAnsi="Calibri Light" w:cs="Calibri Light"/>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rPr>
      <w:rFonts w:ascii="Calibri Light" w:eastAsia="Calibri Light" w:hAnsi="Calibri Light" w:cs="Calibri Light"/>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rPr>
      <w:rFonts w:ascii="Calibri Light" w:eastAsia="Calibri Light" w:hAnsi="Calibri Light" w:cs="Calibri Light"/>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pPr>
      <w:spacing w:after="0" w:line="240" w:lineRule="auto"/>
    </w:pPr>
    <w:rPr>
      <w:rFonts w:ascii="Calibri Light" w:eastAsia="Calibri Light" w:hAnsi="Calibri Light" w:cs="Calibri Ligh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rPr>
      <w:rFonts w:ascii="Calibri Light" w:eastAsia="Calibri Light" w:hAnsi="Calibri Light" w:cs="Calibri Ligh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rPr>
      <w:rFonts w:ascii="Calibri Light" w:eastAsia="Calibri Light" w:hAnsi="Calibri Light" w:cs="Calibri Ligh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rPr>
      <w:rFonts w:ascii="Calibri Light" w:eastAsia="Calibri Light" w:hAnsi="Calibri Light" w:cs="Calibri Ligh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rPr>
      <w:rFonts w:ascii="Calibri Light" w:eastAsia="Calibri Light" w:hAnsi="Calibri Light" w:cs="Calibri Ligh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rPr>
      <w:rFonts w:ascii="Calibri Light" w:eastAsia="Calibri Light" w:hAnsi="Calibri Light" w:cs="Calibri Ligh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rPr>
      <w:rFonts w:ascii="Calibri Light" w:eastAsia="Calibri Light" w:hAnsi="Calibri Light" w:cs="Calibri Ligh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pPr>
      <w:spacing w:after="0" w:line="240" w:lineRule="auto"/>
    </w:pPr>
    <w:rPr>
      <w:rFonts w:ascii="Calibri Light" w:eastAsia="Calibri Light" w:hAnsi="Calibri Light" w:cs="Calibri Light"/>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rFonts w:ascii="Calibri Light" w:eastAsia="Calibri Light" w:hAnsi="Calibri Light" w:cs="Calibri Light"/>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rFonts w:ascii="Calibri Light" w:eastAsia="Calibri Light" w:hAnsi="Calibri Light" w:cs="Calibri Light"/>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rFonts w:ascii="Calibri Light" w:eastAsia="Calibri Light" w:hAnsi="Calibri Light" w:cs="Calibri Light"/>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rFonts w:ascii="Calibri Light" w:eastAsia="Calibri Light" w:hAnsi="Calibri Light" w:cs="Calibri Light"/>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rFonts w:ascii="Calibri Light" w:eastAsia="Calibri Light" w:hAnsi="Calibri Light" w:cs="Calibri Light"/>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rFonts w:ascii="Calibri Light" w:eastAsia="Calibri Light" w:hAnsi="Calibri Light" w:cs="Calibri Light"/>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pPr>
      <w:spacing w:after="0" w:line="240" w:lineRule="auto"/>
    </w:pPr>
    <w:rPr>
      <w:rFonts w:ascii="Calibri Light" w:eastAsia="Calibri Light" w:hAnsi="Calibri Light" w:cs="Calibri Light"/>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rFonts w:ascii="Calibri Light" w:eastAsia="Calibri Light" w:hAnsi="Calibri Light" w:cs="Calibri Light"/>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rFonts w:ascii="Calibri Light" w:eastAsia="Calibri Light" w:hAnsi="Calibri Light" w:cs="Calibri Light"/>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rFonts w:ascii="Calibri Light" w:eastAsia="Calibri Light" w:hAnsi="Calibri Light" w:cs="Calibri Light"/>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rFonts w:ascii="Calibri Light" w:eastAsia="Calibri Light" w:hAnsi="Calibri Light" w:cs="Calibri Light"/>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rFonts w:ascii="Calibri Light" w:eastAsia="Calibri Light" w:hAnsi="Calibri Light" w:cs="Calibri Light"/>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rFonts w:ascii="Calibri Light" w:eastAsia="Calibri Light" w:hAnsi="Calibri Light" w:cs="Calibri Light"/>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pPr>
      <w:spacing w:after="0" w:line="240" w:lineRule="auto"/>
    </w:pPr>
    <w:rPr>
      <w:rFonts w:ascii="Calibri Light" w:eastAsia="Calibri Light" w:hAnsi="Calibri Light" w:cs="Calibri Light"/>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rFonts w:ascii="Calibri Light" w:eastAsia="Calibri Light" w:hAnsi="Calibri Light" w:cs="Calibri Light"/>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rFonts w:ascii="Calibri Light" w:eastAsia="Calibri Light" w:hAnsi="Calibri Light" w:cs="Calibri Light"/>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rFonts w:ascii="Calibri Light" w:eastAsia="Calibri Light" w:hAnsi="Calibri Light" w:cs="Calibri Light"/>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rFonts w:ascii="Calibri Light" w:eastAsia="Calibri Light" w:hAnsi="Calibri Light" w:cs="Calibri Light"/>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rFonts w:ascii="Calibri Light" w:eastAsia="Calibri Light" w:hAnsi="Calibri Light" w:cs="Calibri Light"/>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rFonts w:ascii="Calibri Light" w:eastAsia="Calibri Light" w:hAnsi="Calibri Light" w:cs="Calibri Light"/>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pPr>
      <w:spacing w:after="0" w:line="240" w:lineRule="auto"/>
    </w:pPr>
    <w:rPr>
      <w:rFonts w:ascii="Calibri Light" w:eastAsia="Calibri Light" w:hAnsi="Calibri Light" w:cs="Calibri Light"/>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rFonts w:ascii="Calibri Light" w:eastAsia="Calibri Light" w:hAnsi="Calibri Light" w:cs="Calibri Light"/>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rFonts w:ascii="Calibri Light" w:eastAsia="Calibri Light" w:hAnsi="Calibri Light" w:cs="Calibri Light"/>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rFonts w:ascii="Calibri Light" w:eastAsia="Calibri Light" w:hAnsi="Calibri Light" w:cs="Calibri Light"/>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rFonts w:ascii="Calibri Light" w:eastAsia="Calibri Light" w:hAnsi="Calibri Light" w:cs="Calibri Light"/>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rFonts w:ascii="Calibri Light" w:eastAsia="Calibri Light" w:hAnsi="Calibri Light" w:cs="Calibri Light"/>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rFonts w:ascii="Calibri Light" w:eastAsia="Calibri Light" w:hAnsi="Calibri Light" w:cs="Calibri Light"/>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1286</Words>
  <Characters>7336</Characters>
  <Application>Microsoft Office Word</Application>
  <DocSecurity>0</DocSecurity>
  <Lines>61</Lines>
  <Paragraphs>17</Paragraphs>
  <ScaleCrop>false</ScaleCrop>
  <Manager/>
  <Company/>
  <LinksUpToDate>false</LinksUpToDate>
  <CharactersWithSpaces>8605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 adósi meghatalmazásminta</dc:title>
  <dc:subject>Meghatalmazás a ONE követelésével kapcsolatos ügyintézéshez</dc:subject>
  <dc:creator>dr. Takács Krisztina</dc:creator>
  <cp:keywords/>
  <dc:description>generated by python-docx</dc:description>
  <cp:lastModifiedBy>dr. Takács Krisztina</cp:lastModifiedBy>
  <cp:revision>7</cp:revision>
  <dcterms:created xsi:type="dcterms:W3CDTF">2026-09-25T17:58:00Z</dcterms:created>
  <dcterms:modified xsi:type="dcterms:W3CDTF">2026-10-08T06:13:00Z</dcterms:modified>
  <cp:category/>
</cp:coreProperties>
</file>